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72DA" w14:textId="0421C74C" w:rsidR="00E27BED" w:rsidRPr="005074D9" w:rsidRDefault="00A24D64" w:rsidP="00766EEC">
      <w:pPr>
        <w:pStyle w:val="Heading1"/>
        <w:jc w:val="center"/>
        <w:rPr>
          <w:sz w:val="24"/>
          <w:szCs w:val="24"/>
        </w:rPr>
      </w:pPr>
      <w:r w:rsidRPr="005074D9">
        <w:rPr>
          <w:sz w:val="24"/>
          <w:szCs w:val="24"/>
        </w:rPr>
        <w:t xml:space="preserve">Care4kids Childcare – </w:t>
      </w:r>
      <w:r w:rsidR="00EE1715" w:rsidRPr="005074D9">
        <w:rPr>
          <w:sz w:val="24"/>
          <w:szCs w:val="24"/>
        </w:rPr>
        <w:t xml:space="preserve">Menu </w:t>
      </w:r>
      <w:r w:rsidR="002A798E" w:rsidRPr="005074D9">
        <w:rPr>
          <w:sz w:val="24"/>
          <w:szCs w:val="24"/>
        </w:rPr>
        <w:t>A</w:t>
      </w:r>
      <w:r w:rsidRPr="005074D9">
        <w:rPr>
          <w:sz w:val="24"/>
          <w:szCs w:val="24"/>
        </w:rPr>
        <w:t xml:space="preserve"> Parent Menu</w:t>
      </w:r>
    </w:p>
    <w:p w14:paraId="6D670805" w14:textId="77777777" w:rsidR="00E27BED" w:rsidRPr="005074D9" w:rsidRDefault="00A24D64" w:rsidP="00766EEC">
      <w:pPr>
        <w:jc w:val="center"/>
        <w:rPr>
          <w:sz w:val="24"/>
          <w:szCs w:val="24"/>
        </w:rPr>
      </w:pPr>
      <w:r w:rsidRPr="005074D9">
        <w:rPr>
          <w:sz w:val="24"/>
          <w:szCs w:val="24"/>
        </w:rPr>
        <w:t>Our menus are freshly prepared on-site with low salt and sugar, providing balanced nutrition for children under 5. Vegetarian alternatives are available for all main meals.</w:t>
      </w:r>
    </w:p>
    <w:tbl>
      <w:tblPr>
        <w:tblStyle w:val="TableGrid"/>
        <w:tblW w:w="0" w:type="auto"/>
        <w:tblInd w:w="-885" w:type="dxa"/>
        <w:tblLook w:val="04A0" w:firstRow="1" w:lastRow="0" w:firstColumn="1" w:lastColumn="0" w:noHBand="0" w:noVBand="1"/>
      </w:tblPr>
      <w:tblGrid>
        <w:gridCol w:w="1499"/>
        <w:gridCol w:w="2978"/>
        <w:gridCol w:w="1715"/>
        <w:gridCol w:w="2805"/>
        <w:gridCol w:w="4838"/>
      </w:tblGrid>
      <w:tr w:rsidR="00E27BED" w:rsidRPr="005074D9" w14:paraId="12BAB98E" w14:textId="77777777" w:rsidTr="006D1FB1">
        <w:tc>
          <w:tcPr>
            <w:tcW w:w="1306" w:type="dxa"/>
          </w:tcPr>
          <w:p w14:paraId="24ABA2C7" w14:textId="77777777" w:rsidR="00E27BED" w:rsidRPr="005074D9" w:rsidRDefault="00A24D64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021" w:type="dxa"/>
          </w:tcPr>
          <w:p w14:paraId="6790629D" w14:textId="77777777" w:rsidR="00E27BED" w:rsidRPr="005074D9" w:rsidRDefault="00A24D64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Breakfast</w:t>
            </w:r>
          </w:p>
        </w:tc>
        <w:tc>
          <w:tcPr>
            <w:tcW w:w="1724" w:type="dxa"/>
          </w:tcPr>
          <w:p w14:paraId="29241553" w14:textId="77777777" w:rsidR="00E27BED" w:rsidRPr="005074D9" w:rsidRDefault="00A24D64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Morning Snack</w:t>
            </w:r>
          </w:p>
        </w:tc>
        <w:tc>
          <w:tcPr>
            <w:tcW w:w="2849" w:type="dxa"/>
          </w:tcPr>
          <w:p w14:paraId="6852E765" w14:textId="77777777" w:rsidR="00E27BED" w:rsidRPr="005074D9" w:rsidRDefault="00A24D64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Lunch (with pudding)</w:t>
            </w:r>
          </w:p>
        </w:tc>
        <w:tc>
          <w:tcPr>
            <w:tcW w:w="4935" w:type="dxa"/>
          </w:tcPr>
          <w:p w14:paraId="4F83EA27" w14:textId="77777777" w:rsidR="00E27BED" w:rsidRPr="005074D9" w:rsidRDefault="00A24D64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Light Supper (with pudding)</w:t>
            </w:r>
          </w:p>
        </w:tc>
      </w:tr>
      <w:tr w:rsidR="00766EEC" w:rsidRPr="005074D9" w14:paraId="635CA7BD" w14:textId="77777777" w:rsidTr="006D1FB1">
        <w:tc>
          <w:tcPr>
            <w:tcW w:w="1306" w:type="dxa"/>
          </w:tcPr>
          <w:p w14:paraId="206D38D5" w14:textId="77777777" w:rsidR="00766EEC" w:rsidRPr="005074D9" w:rsidRDefault="00766EEC" w:rsidP="00766EEC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021" w:type="dxa"/>
          </w:tcPr>
          <w:p w14:paraId="1929F85B" w14:textId="3BF39B08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Porridge with </w:t>
            </w:r>
            <w:r w:rsidR="003E4874" w:rsidRPr="005074D9">
              <w:rPr>
                <w:sz w:val="24"/>
                <w:szCs w:val="24"/>
              </w:rPr>
              <w:t>C</w:t>
            </w:r>
            <w:r w:rsidRPr="005074D9">
              <w:rPr>
                <w:sz w:val="24"/>
                <w:szCs w:val="24"/>
              </w:rPr>
              <w:t>hopped blueberries, or a choice of low sugar cereal or toast</w:t>
            </w:r>
          </w:p>
        </w:tc>
        <w:tc>
          <w:tcPr>
            <w:tcW w:w="1724" w:type="dxa"/>
          </w:tcPr>
          <w:p w14:paraId="7A297EA4" w14:textId="77777777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>Apple slices &amp; oat biscuits</w:t>
            </w:r>
          </w:p>
        </w:tc>
        <w:tc>
          <w:tcPr>
            <w:tcW w:w="2849" w:type="dxa"/>
          </w:tcPr>
          <w:p w14:paraId="66CB6E2A" w14:textId="52040B92" w:rsidR="006960DD" w:rsidRPr="005074D9" w:rsidRDefault="00661DB5" w:rsidP="00766EEC">
            <w:pPr>
              <w:pStyle w:val="p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Pasta</w:t>
            </w:r>
            <w:r w:rsidR="00766EEC" w:rsidRPr="005074D9">
              <w:rPr>
                <w:rFonts w:asciiTheme="minorHAnsi" w:hAnsiTheme="minorHAnsi"/>
              </w:rPr>
              <w:t xml:space="preserve"> </w:t>
            </w:r>
            <w:r w:rsidR="006D1FB1" w:rsidRPr="005074D9">
              <w:rPr>
                <w:rFonts w:asciiTheme="minorHAnsi" w:hAnsiTheme="minorHAnsi"/>
              </w:rPr>
              <w:t>Bolognese</w:t>
            </w:r>
            <w:r w:rsidR="00766EEC" w:rsidRPr="005074D9">
              <w:rPr>
                <w:rFonts w:asciiTheme="minorHAnsi" w:hAnsiTheme="minorHAnsi"/>
              </w:rPr>
              <w:t xml:space="preserve"> with hidden </w:t>
            </w:r>
            <w:proofErr w:type="gramStart"/>
            <w:r w:rsidR="00766EEC" w:rsidRPr="005074D9">
              <w:rPr>
                <w:rFonts w:asciiTheme="minorHAnsi" w:hAnsiTheme="minorHAnsi"/>
              </w:rPr>
              <w:t>veg</w:t>
            </w:r>
            <w:proofErr w:type="gramEnd"/>
          </w:p>
          <w:p w14:paraId="24EC53A3" w14:textId="3B026AE4" w:rsidR="00766EEC" w:rsidRPr="005074D9" w:rsidRDefault="00766EEC" w:rsidP="00766EEC">
            <w:pPr>
              <w:pStyle w:val="p1"/>
              <w:rPr>
                <w:rFonts w:asciiTheme="minorHAnsi" w:hAnsiTheme="minorHAnsi"/>
              </w:rPr>
            </w:pPr>
            <w:r w:rsidRPr="005074D9">
              <w:rPr>
                <w:rFonts w:asciiTheme="minorHAnsi" w:hAnsiTheme="minorHAnsi"/>
              </w:rPr>
              <w:t xml:space="preserve">Pudding: </w:t>
            </w:r>
            <w:r w:rsidRPr="005074D9">
              <w:rPr>
                <w:rStyle w:val="s2"/>
                <w:rFonts w:asciiTheme="minorHAnsi" w:hAnsiTheme="minorHAnsi"/>
              </w:rPr>
              <w:t xml:space="preserve">Fruit crumble with custard </w:t>
            </w:r>
          </w:p>
        </w:tc>
        <w:tc>
          <w:tcPr>
            <w:tcW w:w="4935" w:type="dxa"/>
          </w:tcPr>
          <w:p w14:paraId="4BAD8AC5" w14:textId="00520CF1" w:rsidR="00E57C42" w:rsidRPr="005074D9" w:rsidRDefault="00EB2148" w:rsidP="00E57C42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Scrambled </w:t>
            </w:r>
            <w:r w:rsidR="00FD5090" w:rsidRPr="005074D9">
              <w:rPr>
                <w:sz w:val="24"/>
                <w:szCs w:val="24"/>
              </w:rPr>
              <w:t>eggs with</w:t>
            </w:r>
            <w:r w:rsidR="00E57C42" w:rsidRPr="005074D9">
              <w:rPr>
                <w:sz w:val="24"/>
                <w:szCs w:val="24"/>
              </w:rPr>
              <w:t xml:space="preserve"> veg </w:t>
            </w:r>
            <w:proofErr w:type="gramStart"/>
            <w:r w:rsidR="00E57C42" w:rsidRPr="005074D9">
              <w:rPr>
                <w:sz w:val="24"/>
                <w:szCs w:val="24"/>
              </w:rPr>
              <w:t>sticks</w:t>
            </w:r>
            <w:proofErr w:type="gramEnd"/>
          </w:p>
          <w:p w14:paraId="5BB18527" w14:textId="4E562093" w:rsidR="00E57C42" w:rsidRPr="005074D9" w:rsidRDefault="00E57C42" w:rsidP="00E57C42">
            <w:pPr>
              <w:rPr>
                <w:rStyle w:val="s2"/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br/>
              <w:t xml:space="preserve">Pudding: </w:t>
            </w:r>
            <w:r w:rsidR="00EB2148" w:rsidRPr="005074D9">
              <w:rPr>
                <w:rStyle w:val="s2"/>
                <w:sz w:val="24"/>
                <w:szCs w:val="24"/>
              </w:rPr>
              <w:t>Stewed apple with a spoon of natural yogurt</w:t>
            </w:r>
          </w:p>
          <w:p w14:paraId="19516A03" w14:textId="5B4BA4F2" w:rsidR="00766EEC" w:rsidRPr="005074D9" w:rsidRDefault="00766EEC" w:rsidP="00766EEC">
            <w:pPr>
              <w:rPr>
                <w:sz w:val="24"/>
                <w:szCs w:val="24"/>
              </w:rPr>
            </w:pPr>
          </w:p>
        </w:tc>
      </w:tr>
      <w:tr w:rsidR="00766EEC" w:rsidRPr="005074D9" w14:paraId="7E460CB4" w14:textId="77777777" w:rsidTr="006D1FB1">
        <w:tc>
          <w:tcPr>
            <w:tcW w:w="1306" w:type="dxa"/>
          </w:tcPr>
          <w:p w14:paraId="36BB1437" w14:textId="77777777" w:rsidR="00766EEC" w:rsidRPr="005074D9" w:rsidRDefault="00766EEC" w:rsidP="00766EEC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Tuesday</w:t>
            </w:r>
          </w:p>
          <w:p w14:paraId="124BA27A" w14:textId="77777777" w:rsidR="005074D9" w:rsidRPr="005074D9" w:rsidRDefault="005074D9" w:rsidP="005074D9">
            <w:pPr>
              <w:rPr>
                <w:b/>
                <w:bCs/>
                <w:sz w:val="24"/>
                <w:szCs w:val="24"/>
              </w:rPr>
            </w:pPr>
          </w:p>
          <w:p w14:paraId="749BF5C4" w14:textId="77777777" w:rsidR="005074D9" w:rsidRPr="005074D9" w:rsidRDefault="005074D9" w:rsidP="005074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1E3066ED" w14:textId="4A2CBB3F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Porridge with </w:t>
            </w:r>
            <w:r w:rsidR="004919DA" w:rsidRPr="005074D9">
              <w:rPr>
                <w:sz w:val="24"/>
                <w:szCs w:val="24"/>
              </w:rPr>
              <w:t>C</w:t>
            </w:r>
            <w:r w:rsidR="006D1FB1" w:rsidRPr="005074D9">
              <w:rPr>
                <w:sz w:val="24"/>
                <w:szCs w:val="24"/>
              </w:rPr>
              <w:t>hopped</w:t>
            </w:r>
            <w:r w:rsidRPr="005074D9">
              <w:rPr>
                <w:sz w:val="24"/>
                <w:szCs w:val="24"/>
              </w:rPr>
              <w:t xml:space="preserve"> kiwi, or a choice of low sugar cereal or toast</w:t>
            </w:r>
          </w:p>
        </w:tc>
        <w:tc>
          <w:tcPr>
            <w:tcW w:w="1724" w:type="dxa"/>
          </w:tcPr>
          <w:p w14:paraId="41E95C34" w14:textId="7BABA3F8" w:rsidR="00766EEC" w:rsidRPr="005074D9" w:rsidRDefault="00661DB5" w:rsidP="00766E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Bread</w:t>
            </w:r>
            <w:r w:rsidR="00766EEC" w:rsidRPr="005074D9">
              <w:rPr>
                <w:sz w:val="24"/>
                <w:szCs w:val="24"/>
              </w:rPr>
              <w:t>sticks &amp; h</w:t>
            </w:r>
            <w:r w:rsidR="005074D9">
              <w:rPr>
                <w:sz w:val="24"/>
                <w:szCs w:val="24"/>
              </w:rPr>
              <w:t>oumous</w:t>
            </w:r>
          </w:p>
        </w:tc>
        <w:tc>
          <w:tcPr>
            <w:tcW w:w="2849" w:type="dxa"/>
          </w:tcPr>
          <w:p w14:paraId="5A28F533" w14:textId="77777777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Roast chicken with roast potatoes &amp; </w:t>
            </w:r>
            <w:proofErr w:type="gramStart"/>
            <w:r w:rsidRPr="005074D9">
              <w:rPr>
                <w:sz w:val="24"/>
                <w:szCs w:val="24"/>
              </w:rPr>
              <w:t>veg</w:t>
            </w:r>
            <w:proofErr w:type="gramEnd"/>
          </w:p>
          <w:p w14:paraId="30830305" w14:textId="31C7D451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br/>
              <w:t xml:space="preserve">Pudding: </w:t>
            </w:r>
            <w:r w:rsidRPr="005074D9">
              <w:rPr>
                <w:rStyle w:val="s2"/>
                <w:sz w:val="24"/>
                <w:szCs w:val="24"/>
              </w:rPr>
              <w:t>Rice pudding with fruit purée</w:t>
            </w:r>
          </w:p>
        </w:tc>
        <w:tc>
          <w:tcPr>
            <w:tcW w:w="4935" w:type="dxa"/>
          </w:tcPr>
          <w:p w14:paraId="3B228F05" w14:textId="77777777" w:rsidR="00766EEC" w:rsidRPr="005074D9" w:rsidRDefault="00766EEC" w:rsidP="00766EEC">
            <w:pPr>
              <w:pStyle w:val="p1"/>
              <w:rPr>
                <w:rFonts w:asciiTheme="minorHAnsi" w:hAnsiTheme="minorHAnsi"/>
              </w:rPr>
            </w:pPr>
            <w:r w:rsidRPr="005074D9">
              <w:rPr>
                <w:rFonts w:asciiTheme="minorHAnsi" w:hAnsiTheme="minorHAnsi"/>
              </w:rPr>
              <w:t>Cheese &amp; tomato sandwiches</w:t>
            </w:r>
          </w:p>
          <w:p w14:paraId="5C433245" w14:textId="2C933869" w:rsidR="00766EEC" w:rsidRPr="005074D9" w:rsidRDefault="00766EEC" w:rsidP="00766EEC">
            <w:pPr>
              <w:pStyle w:val="p1"/>
              <w:rPr>
                <w:rFonts w:asciiTheme="minorHAnsi" w:hAnsiTheme="minorHAnsi"/>
              </w:rPr>
            </w:pPr>
            <w:r w:rsidRPr="005074D9">
              <w:rPr>
                <w:rFonts w:asciiTheme="minorHAnsi" w:hAnsiTheme="minorHAnsi"/>
              </w:rPr>
              <w:t xml:space="preserve">Pudding: </w:t>
            </w:r>
            <w:r w:rsidR="00EB2148" w:rsidRPr="005074D9">
              <w:rPr>
                <w:rStyle w:val="s2"/>
                <w:rFonts w:asciiTheme="minorHAnsi" w:hAnsiTheme="minorHAnsi" w:cstheme="majorHAnsi"/>
              </w:rPr>
              <w:t xml:space="preserve">Soft pear slices with </w:t>
            </w:r>
            <w:r w:rsidR="005074D9">
              <w:rPr>
                <w:rStyle w:val="s2"/>
                <w:rFonts w:asciiTheme="minorHAnsi" w:hAnsiTheme="minorHAnsi" w:cstheme="majorHAnsi"/>
              </w:rPr>
              <w:t>custard</w:t>
            </w:r>
          </w:p>
          <w:p w14:paraId="2D179F46" w14:textId="18EC60E7" w:rsidR="00766EEC" w:rsidRPr="005074D9" w:rsidRDefault="00766EEC" w:rsidP="00766EEC">
            <w:pPr>
              <w:rPr>
                <w:sz w:val="24"/>
                <w:szCs w:val="24"/>
              </w:rPr>
            </w:pPr>
          </w:p>
        </w:tc>
      </w:tr>
      <w:tr w:rsidR="00766EEC" w:rsidRPr="005074D9" w14:paraId="18D1A466" w14:textId="77777777" w:rsidTr="006D1FB1">
        <w:tc>
          <w:tcPr>
            <w:tcW w:w="1306" w:type="dxa"/>
          </w:tcPr>
          <w:p w14:paraId="60625225" w14:textId="77777777" w:rsidR="00766EEC" w:rsidRPr="005074D9" w:rsidRDefault="00766EEC" w:rsidP="00766EEC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3021" w:type="dxa"/>
          </w:tcPr>
          <w:p w14:paraId="36F63FEA" w14:textId="1902C61E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Porridge with </w:t>
            </w:r>
            <w:r w:rsidR="004919DA" w:rsidRPr="005074D9">
              <w:rPr>
                <w:sz w:val="24"/>
                <w:szCs w:val="24"/>
              </w:rPr>
              <w:t>C</w:t>
            </w:r>
            <w:r w:rsidR="002A798E" w:rsidRPr="005074D9">
              <w:rPr>
                <w:sz w:val="24"/>
                <w:szCs w:val="24"/>
              </w:rPr>
              <w:t xml:space="preserve">hopped </w:t>
            </w:r>
            <w:r w:rsidR="004919DA" w:rsidRPr="005074D9">
              <w:rPr>
                <w:sz w:val="24"/>
                <w:szCs w:val="24"/>
              </w:rPr>
              <w:t>b</w:t>
            </w:r>
            <w:r w:rsidR="002A798E" w:rsidRPr="005074D9">
              <w:rPr>
                <w:sz w:val="24"/>
                <w:szCs w:val="24"/>
              </w:rPr>
              <w:t>anana</w:t>
            </w:r>
            <w:r w:rsidRPr="005074D9">
              <w:rPr>
                <w:sz w:val="24"/>
                <w:szCs w:val="24"/>
              </w:rPr>
              <w:t xml:space="preserve">, or a choice of low sugar cereal or toast </w:t>
            </w:r>
          </w:p>
        </w:tc>
        <w:tc>
          <w:tcPr>
            <w:tcW w:w="1724" w:type="dxa"/>
          </w:tcPr>
          <w:p w14:paraId="1FFED21F" w14:textId="2E7CDB74" w:rsidR="00766EEC" w:rsidRPr="005074D9" w:rsidRDefault="005074D9" w:rsidP="00766E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 oat muffins</w:t>
            </w:r>
          </w:p>
        </w:tc>
        <w:tc>
          <w:tcPr>
            <w:tcW w:w="2849" w:type="dxa"/>
          </w:tcPr>
          <w:p w14:paraId="05BB6EEC" w14:textId="2A49F37F" w:rsidR="00766EEC" w:rsidRPr="005074D9" w:rsidRDefault="00661DB5" w:rsidP="00766E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Cottage Pie with broccoli</w:t>
            </w:r>
          </w:p>
          <w:p w14:paraId="0DCFA823" w14:textId="212E3BDE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br/>
              <w:t xml:space="preserve">Pudding: </w:t>
            </w:r>
            <w:r w:rsidRPr="005074D9">
              <w:rPr>
                <w:rStyle w:val="s2"/>
                <w:sz w:val="24"/>
                <w:szCs w:val="24"/>
              </w:rPr>
              <w:t>Fruit jelly with chopped soft fruit</w:t>
            </w:r>
          </w:p>
        </w:tc>
        <w:tc>
          <w:tcPr>
            <w:tcW w:w="4935" w:type="dxa"/>
          </w:tcPr>
          <w:p w14:paraId="0003BE0C" w14:textId="56258B7B" w:rsidR="00E57C42" w:rsidRPr="005074D9" w:rsidRDefault="00661DB5" w:rsidP="00E57C42">
            <w:pPr>
              <w:rPr>
                <w:rFonts w:cstheme="majorHAnsi"/>
                <w:sz w:val="24"/>
                <w:szCs w:val="24"/>
              </w:rPr>
            </w:pPr>
            <w:r>
              <w:rPr>
                <w:rFonts w:cstheme="majorHAnsi"/>
                <w:sz w:val="24"/>
                <w:szCs w:val="24"/>
              </w:rPr>
              <w:t>Beans on toast</w:t>
            </w:r>
          </w:p>
          <w:p w14:paraId="3E214739" w14:textId="31FCED61" w:rsidR="00766EEC" w:rsidRPr="005074D9" w:rsidRDefault="00E57C42" w:rsidP="00E57C42">
            <w:pPr>
              <w:rPr>
                <w:rFonts w:cstheme="majorHAnsi"/>
                <w:sz w:val="24"/>
                <w:szCs w:val="24"/>
              </w:rPr>
            </w:pPr>
            <w:r w:rsidRPr="005074D9">
              <w:rPr>
                <w:rFonts w:cstheme="majorHAnsi"/>
                <w:sz w:val="24"/>
                <w:szCs w:val="24"/>
              </w:rPr>
              <w:br/>
              <w:t xml:space="preserve">Pudding: </w:t>
            </w:r>
            <w:r w:rsidRPr="005074D9">
              <w:rPr>
                <w:rStyle w:val="s2"/>
                <w:rFonts w:cstheme="majorHAnsi"/>
                <w:sz w:val="24"/>
                <w:szCs w:val="24"/>
              </w:rPr>
              <w:t>Yogurt with blended berries</w:t>
            </w:r>
          </w:p>
          <w:p w14:paraId="7271F505" w14:textId="1DB629A1" w:rsidR="00766EEC" w:rsidRPr="005074D9" w:rsidRDefault="00766EEC" w:rsidP="00766EEC">
            <w:pPr>
              <w:rPr>
                <w:sz w:val="24"/>
                <w:szCs w:val="24"/>
              </w:rPr>
            </w:pPr>
          </w:p>
        </w:tc>
      </w:tr>
      <w:tr w:rsidR="00766EEC" w:rsidRPr="005074D9" w14:paraId="682B79A3" w14:textId="77777777" w:rsidTr="006D1FB1">
        <w:tc>
          <w:tcPr>
            <w:tcW w:w="1306" w:type="dxa"/>
          </w:tcPr>
          <w:p w14:paraId="3D9C9FF7" w14:textId="77777777" w:rsidR="00766EEC" w:rsidRPr="005074D9" w:rsidRDefault="00766EEC" w:rsidP="00766EEC">
            <w:pPr>
              <w:rPr>
                <w:b/>
                <w:bCs/>
                <w:sz w:val="24"/>
                <w:szCs w:val="24"/>
              </w:rPr>
            </w:pPr>
            <w:r w:rsidRPr="005074D9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3021" w:type="dxa"/>
          </w:tcPr>
          <w:p w14:paraId="3CB1A870" w14:textId="3AF6BAAB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>Porridge with</w:t>
            </w:r>
            <w:r w:rsidR="002A798E" w:rsidRPr="005074D9">
              <w:rPr>
                <w:sz w:val="24"/>
                <w:szCs w:val="24"/>
              </w:rPr>
              <w:t xml:space="preserve"> Chopped</w:t>
            </w:r>
            <w:r w:rsidRPr="005074D9">
              <w:rPr>
                <w:sz w:val="24"/>
                <w:szCs w:val="24"/>
              </w:rPr>
              <w:t xml:space="preserve"> </w:t>
            </w:r>
            <w:r w:rsidR="00661DB5">
              <w:rPr>
                <w:sz w:val="24"/>
                <w:szCs w:val="24"/>
              </w:rPr>
              <w:t>raspberries</w:t>
            </w:r>
            <w:r w:rsidR="002A798E" w:rsidRPr="005074D9">
              <w:rPr>
                <w:sz w:val="24"/>
                <w:szCs w:val="24"/>
              </w:rPr>
              <w:t>,</w:t>
            </w:r>
            <w:r w:rsidRPr="005074D9">
              <w:rPr>
                <w:sz w:val="24"/>
                <w:szCs w:val="24"/>
              </w:rPr>
              <w:t xml:space="preserve"> or a choice of low sugar cereal or toast</w:t>
            </w:r>
          </w:p>
        </w:tc>
        <w:tc>
          <w:tcPr>
            <w:tcW w:w="1724" w:type="dxa"/>
          </w:tcPr>
          <w:p w14:paraId="0697A523" w14:textId="77777777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>Rice cakes with cream cheese</w:t>
            </w:r>
          </w:p>
        </w:tc>
        <w:tc>
          <w:tcPr>
            <w:tcW w:w="2849" w:type="dxa"/>
          </w:tcPr>
          <w:p w14:paraId="0E9629A2" w14:textId="5B340429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t xml:space="preserve">Fish </w:t>
            </w:r>
            <w:r w:rsidR="00661DB5">
              <w:rPr>
                <w:sz w:val="24"/>
                <w:szCs w:val="24"/>
              </w:rPr>
              <w:t>fingers</w:t>
            </w:r>
            <w:r w:rsidRPr="005074D9">
              <w:rPr>
                <w:sz w:val="24"/>
                <w:szCs w:val="24"/>
              </w:rPr>
              <w:t xml:space="preserve"> with peas</w:t>
            </w:r>
            <w:r w:rsidR="00661DB5">
              <w:rPr>
                <w:sz w:val="24"/>
                <w:szCs w:val="24"/>
              </w:rPr>
              <w:t xml:space="preserve"> and new potatoes</w:t>
            </w:r>
          </w:p>
          <w:p w14:paraId="02A6D808" w14:textId="029AFADA" w:rsidR="00766EEC" w:rsidRPr="005074D9" w:rsidRDefault="00766EEC" w:rsidP="00766EEC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br/>
              <w:t xml:space="preserve">Pudding: </w:t>
            </w:r>
            <w:r w:rsidRPr="005074D9">
              <w:rPr>
                <w:rStyle w:val="s2"/>
                <w:sz w:val="24"/>
                <w:szCs w:val="24"/>
              </w:rPr>
              <w:t>Natural yogurt with berries</w:t>
            </w:r>
          </w:p>
        </w:tc>
        <w:tc>
          <w:tcPr>
            <w:tcW w:w="4935" w:type="dxa"/>
          </w:tcPr>
          <w:p w14:paraId="29F7A300" w14:textId="726C92AD" w:rsidR="00E57C42" w:rsidRPr="005074D9" w:rsidRDefault="00E57C42" w:rsidP="00E57C42">
            <w:pPr>
              <w:pStyle w:val="p1"/>
              <w:rPr>
                <w:rFonts w:asciiTheme="minorHAnsi" w:hAnsiTheme="minorHAnsi"/>
              </w:rPr>
            </w:pPr>
            <w:r w:rsidRPr="005074D9">
              <w:rPr>
                <w:rFonts w:asciiTheme="minorHAnsi" w:hAnsiTheme="minorHAnsi"/>
              </w:rPr>
              <w:t xml:space="preserve">Vegetable pasta </w:t>
            </w:r>
            <w:r w:rsidR="00661DB5">
              <w:rPr>
                <w:rFonts w:asciiTheme="minorHAnsi" w:hAnsiTheme="minorHAnsi"/>
              </w:rPr>
              <w:t>sauce</w:t>
            </w:r>
          </w:p>
          <w:p w14:paraId="55BA53BE" w14:textId="262F1B38" w:rsidR="00E57C42" w:rsidRPr="005074D9" w:rsidRDefault="00E57C42" w:rsidP="00E57C42">
            <w:pPr>
              <w:rPr>
                <w:sz w:val="24"/>
                <w:szCs w:val="24"/>
              </w:rPr>
            </w:pPr>
            <w:r w:rsidRPr="005074D9">
              <w:rPr>
                <w:sz w:val="24"/>
                <w:szCs w:val="24"/>
              </w:rPr>
              <w:br/>
              <w:t xml:space="preserve">Pudding: </w:t>
            </w:r>
            <w:r w:rsidRPr="005074D9">
              <w:rPr>
                <w:rStyle w:val="s2"/>
                <w:sz w:val="24"/>
                <w:szCs w:val="24"/>
              </w:rPr>
              <w:t>Banana slices with custard</w:t>
            </w:r>
          </w:p>
        </w:tc>
      </w:tr>
    </w:tbl>
    <w:p w14:paraId="4866BE9D" w14:textId="77777777" w:rsidR="005074D9" w:rsidRDefault="005074D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E65C59" w14:textId="47D3642C" w:rsidR="00E27BED" w:rsidRPr="005074D9" w:rsidRDefault="005074D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4D64" w:rsidRPr="005074D9">
        <w:rPr>
          <w:sz w:val="24"/>
          <w:szCs w:val="24"/>
        </w:rPr>
        <w:t>Care4kids Childcare – Fresh, home-cooked meals for children</w:t>
      </w:r>
    </w:p>
    <w:sectPr w:rsidR="00E27BED" w:rsidRPr="005074D9" w:rsidSect="00766EE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171BE"/>
    <w:multiLevelType w:val="multilevel"/>
    <w:tmpl w:val="B9E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184475">
    <w:abstractNumId w:val="8"/>
  </w:num>
  <w:num w:numId="2" w16cid:durableId="1547836100">
    <w:abstractNumId w:val="6"/>
  </w:num>
  <w:num w:numId="3" w16cid:durableId="1262488563">
    <w:abstractNumId w:val="5"/>
  </w:num>
  <w:num w:numId="4" w16cid:durableId="634456785">
    <w:abstractNumId w:val="4"/>
  </w:num>
  <w:num w:numId="5" w16cid:durableId="123235426">
    <w:abstractNumId w:val="7"/>
  </w:num>
  <w:num w:numId="6" w16cid:durableId="160242676">
    <w:abstractNumId w:val="3"/>
  </w:num>
  <w:num w:numId="7" w16cid:durableId="538713104">
    <w:abstractNumId w:val="2"/>
  </w:num>
  <w:num w:numId="8" w16cid:durableId="1940984343">
    <w:abstractNumId w:val="1"/>
  </w:num>
  <w:num w:numId="9" w16cid:durableId="587231793">
    <w:abstractNumId w:val="0"/>
  </w:num>
  <w:num w:numId="10" w16cid:durableId="13707175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5B8"/>
    <w:rsid w:val="0029639D"/>
    <w:rsid w:val="002A798E"/>
    <w:rsid w:val="00326F90"/>
    <w:rsid w:val="003E4874"/>
    <w:rsid w:val="004919DA"/>
    <w:rsid w:val="005074D9"/>
    <w:rsid w:val="00661DB5"/>
    <w:rsid w:val="006960DD"/>
    <w:rsid w:val="006D1FB1"/>
    <w:rsid w:val="00766EEC"/>
    <w:rsid w:val="007C4321"/>
    <w:rsid w:val="00A24D64"/>
    <w:rsid w:val="00A55775"/>
    <w:rsid w:val="00AA1D8D"/>
    <w:rsid w:val="00AF20E9"/>
    <w:rsid w:val="00B47730"/>
    <w:rsid w:val="00C21E80"/>
    <w:rsid w:val="00C513C7"/>
    <w:rsid w:val="00CB0664"/>
    <w:rsid w:val="00D163DF"/>
    <w:rsid w:val="00E27BED"/>
    <w:rsid w:val="00E57C42"/>
    <w:rsid w:val="00EB2148"/>
    <w:rsid w:val="00EE1715"/>
    <w:rsid w:val="00F149B9"/>
    <w:rsid w:val="00F3190B"/>
    <w:rsid w:val="00FC693F"/>
    <w:rsid w:val="00FD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FF902A"/>
  <w14:defaultImageDpi w14:val="300"/>
  <w15:docId w15:val="{809C51B3-2478-6948-9556-A704E169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76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1">
    <w:name w:val="s1"/>
    <w:basedOn w:val="DefaultParagraphFont"/>
    <w:rsid w:val="00766EEC"/>
  </w:style>
  <w:style w:type="character" w:customStyle="1" w:styleId="s2">
    <w:name w:val="s2"/>
    <w:basedOn w:val="DefaultParagraphFont"/>
    <w:rsid w:val="0076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1194</Characters>
  <Application>Microsoft Office Word</Application>
  <DocSecurity>0</DocSecurity>
  <Lines>298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Rachelle Riley</cp:lastModifiedBy>
  <cp:revision>3</cp:revision>
  <cp:lastPrinted>2025-08-28T12:35:00Z</cp:lastPrinted>
  <dcterms:created xsi:type="dcterms:W3CDTF">2026-02-24T14:24:00Z</dcterms:created>
  <dcterms:modified xsi:type="dcterms:W3CDTF">2026-09-10T10:57:00Z</dcterms:modified>
  <cp:category/>
</cp:coreProperties>
</file>