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1CAA2" w14:textId="630A1B15" w:rsidR="00AB3D0A" w:rsidRDefault="00EF413A" w:rsidP="004243DD">
      <w:pPr>
        <w:pStyle w:val="Heading1"/>
        <w:jc w:val="center"/>
      </w:pPr>
      <w:r>
        <w:t xml:space="preserve">Care4kids Childcare – </w:t>
      </w:r>
      <w:r w:rsidR="002A5637">
        <w:t>Menu B</w:t>
      </w:r>
      <w:r>
        <w:t xml:space="preserve"> Parent Menu</w:t>
      </w:r>
    </w:p>
    <w:p w14:paraId="45175FC6" w14:textId="77777777" w:rsidR="00AB3D0A" w:rsidRPr="00844A9F" w:rsidRDefault="00EF413A" w:rsidP="004243DD">
      <w:pPr>
        <w:jc w:val="center"/>
        <w:rPr>
          <w:sz w:val="21"/>
          <w:szCs w:val="21"/>
        </w:rPr>
      </w:pPr>
      <w:r w:rsidRPr="00844A9F">
        <w:rPr>
          <w:sz w:val="21"/>
          <w:szCs w:val="21"/>
        </w:rPr>
        <w:t>Our menus are freshly prepared on-site with low salt and sugar, providing balanced nutrition for children under 5. Vegetarian alternatives are available for all main meals.</w:t>
      </w:r>
    </w:p>
    <w:tbl>
      <w:tblPr>
        <w:tblStyle w:val="TableGrid"/>
        <w:tblW w:w="13609" w:type="dxa"/>
        <w:tblInd w:w="-601" w:type="dxa"/>
        <w:tblLook w:val="04A0" w:firstRow="1" w:lastRow="0" w:firstColumn="1" w:lastColumn="0" w:noHBand="0" w:noVBand="1"/>
      </w:tblPr>
      <w:tblGrid>
        <w:gridCol w:w="1716"/>
        <w:gridCol w:w="2832"/>
        <w:gridCol w:w="1982"/>
        <w:gridCol w:w="2690"/>
        <w:gridCol w:w="4389"/>
      </w:tblGrid>
      <w:tr w:rsidR="004243DD" w14:paraId="6B7DD38D" w14:textId="77777777" w:rsidTr="004243DD">
        <w:tc>
          <w:tcPr>
            <w:tcW w:w="1716" w:type="dxa"/>
          </w:tcPr>
          <w:p w14:paraId="2CC20E3D" w14:textId="77777777" w:rsidR="00AB3D0A" w:rsidRPr="00844A9F" w:rsidRDefault="00EF413A" w:rsidP="00085BC2">
            <w:pPr>
              <w:jc w:val="center"/>
              <w:rPr>
                <w:b/>
                <w:bCs/>
                <w:sz w:val="24"/>
                <w:szCs w:val="24"/>
              </w:rPr>
            </w:pPr>
            <w:r w:rsidRPr="00844A9F">
              <w:rPr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2832" w:type="dxa"/>
          </w:tcPr>
          <w:p w14:paraId="2BA915CD" w14:textId="77777777" w:rsidR="00AB3D0A" w:rsidRPr="00085BC2" w:rsidRDefault="00EF413A" w:rsidP="00085BC2">
            <w:pPr>
              <w:jc w:val="center"/>
              <w:rPr>
                <w:b/>
                <w:bCs/>
              </w:rPr>
            </w:pPr>
            <w:r w:rsidRPr="00085BC2">
              <w:rPr>
                <w:b/>
                <w:bCs/>
              </w:rPr>
              <w:t>Breakfast</w:t>
            </w:r>
          </w:p>
        </w:tc>
        <w:tc>
          <w:tcPr>
            <w:tcW w:w="1982" w:type="dxa"/>
          </w:tcPr>
          <w:p w14:paraId="10B61292" w14:textId="77777777" w:rsidR="00AB3D0A" w:rsidRPr="00085BC2" w:rsidRDefault="00EF413A" w:rsidP="00085BC2">
            <w:pPr>
              <w:jc w:val="center"/>
              <w:rPr>
                <w:b/>
                <w:bCs/>
              </w:rPr>
            </w:pPr>
            <w:r w:rsidRPr="00085BC2">
              <w:rPr>
                <w:b/>
                <w:bCs/>
              </w:rPr>
              <w:t>Morning Snack</w:t>
            </w:r>
          </w:p>
        </w:tc>
        <w:tc>
          <w:tcPr>
            <w:tcW w:w="2690" w:type="dxa"/>
          </w:tcPr>
          <w:p w14:paraId="33F32E40" w14:textId="77777777" w:rsidR="00AB3D0A" w:rsidRPr="00085BC2" w:rsidRDefault="00EF413A" w:rsidP="00085BC2">
            <w:pPr>
              <w:jc w:val="center"/>
              <w:rPr>
                <w:b/>
                <w:bCs/>
              </w:rPr>
            </w:pPr>
            <w:r w:rsidRPr="00085BC2">
              <w:rPr>
                <w:b/>
                <w:bCs/>
              </w:rPr>
              <w:t>Lunch (with pudding)</w:t>
            </w:r>
          </w:p>
        </w:tc>
        <w:tc>
          <w:tcPr>
            <w:tcW w:w="4389" w:type="dxa"/>
          </w:tcPr>
          <w:p w14:paraId="13422478" w14:textId="77777777" w:rsidR="00AB3D0A" w:rsidRPr="00085BC2" w:rsidRDefault="00EF413A" w:rsidP="00085BC2">
            <w:pPr>
              <w:jc w:val="center"/>
              <w:rPr>
                <w:b/>
                <w:bCs/>
              </w:rPr>
            </w:pPr>
            <w:r w:rsidRPr="00085BC2">
              <w:rPr>
                <w:b/>
                <w:bCs/>
              </w:rPr>
              <w:t>Light Supper (with pudding)</w:t>
            </w:r>
          </w:p>
        </w:tc>
      </w:tr>
      <w:tr w:rsidR="004243DD" w14:paraId="4FC8D6FC" w14:textId="77777777" w:rsidTr="004243DD">
        <w:tc>
          <w:tcPr>
            <w:tcW w:w="1716" w:type="dxa"/>
          </w:tcPr>
          <w:p w14:paraId="5529BEC2" w14:textId="77777777" w:rsidR="004243DD" w:rsidRPr="00844A9F" w:rsidRDefault="004243DD" w:rsidP="00085BC2">
            <w:pPr>
              <w:jc w:val="center"/>
              <w:rPr>
                <w:b/>
                <w:bCs/>
                <w:sz w:val="24"/>
                <w:szCs w:val="24"/>
              </w:rPr>
            </w:pPr>
            <w:r w:rsidRPr="00844A9F">
              <w:rPr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2832" w:type="dxa"/>
          </w:tcPr>
          <w:p w14:paraId="5AFC3CE4" w14:textId="0E6B4D63" w:rsidR="004243DD" w:rsidRPr="00844A9F" w:rsidRDefault="004243DD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 xml:space="preserve">Porridge with </w:t>
            </w:r>
            <w:r w:rsidR="005F44F3" w:rsidRPr="00844A9F">
              <w:rPr>
                <w:sz w:val="24"/>
                <w:szCs w:val="24"/>
              </w:rPr>
              <w:t xml:space="preserve">chopped </w:t>
            </w:r>
            <w:r w:rsidR="00345A24">
              <w:rPr>
                <w:sz w:val="24"/>
                <w:szCs w:val="24"/>
              </w:rPr>
              <w:t>raspberries</w:t>
            </w:r>
            <w:r w:rsidRPr="00844A9F">
              <w:rPr>
                <w:sz w:val="24"/>
                <w:szCs w:val="24"/>
              </w:rPr>
              <w:t xml:space="preserve"> or a choice of low sugar cereal or toast</w:t>
            </w:r>
          </w:p>
          <w:p w14:paraId="3923445A" w14:textId="77777777" w:rsidR="00B25AD8" w:rsidRPr="00844A9F" w:rsidRDefault="00B25AD8" w:rsidP="00085BC2">
            <w:pPr>
              <w:jc w:val="center"/>
              <w:rPr>
                <w:sz w:val="24"/>
                <w:szCs w:val="24"/>
              </w:rPr>
            </w:pPr>
          </w:p>
          <w:p w14:paraId="3D87FFF4" w14:textId="285CEFBE" w:rsidR="008B3F02" w:rsidRPr="00844A9F" w:rsidRDefault="008B3F02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 xml:space="preserve">Milk or </w:t>
            </w:r>
            <w:r w:rsidR="00085BC2" w:rsidRPr="00844A9F">
              <w:rPr>
                <w:sz w:val="24"/>
                <w:szCs w:val="24"/>
              </w:rPr>
              <w:t>water</w:t>
            </w:r>
            <w:r w:rsidRPr="00844A9F">
              <w:rPr>
                <w:sz w:val="24"/>
                <w:szCs w:val="24"/>
              </w:rPr>
              <w:t xml:space="preserve"> to drink</w:t>
            </w:r>
          </w:p>
        </w:tc>
        <w:tc>
          <w:tcPr>
            <w:tcW w:w="1982" w:type="dxa"/>
          </w:tcPr>
          <w:p w14:paraId="5E72E1CF" w14:textId="3B32788D" w:rsidR="004243DD" w:rsidRPr="00844A9F" w:rsidRDefault="004243DD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 xml:space="preserve">Breadsticks &amp; </w:t>
            </w:r>
            <w:r w:rsidR="003C3AE1" w:rsidRPr="00844A9F">
              <w:rPr>
                <w:sz w:val="24"/>
                <w:szCs w:val="24"/>
              </w:rPr>
              <w:t>houmous</w:t>
            </w:r>
          </w:p>
          <w:p w14:paraId="67831034" w14:textId="77777777" w:rsidR="008B3F02" w:rsidRPr="00844A9F" w:rsidRDefault="008B3F02" w:rsidP="00085BC2">
            <w:pPr>
              <w:jc w:val="center"/>
              <w:rPr>
                <w:sz w:val="24"/>
                <w:szCs w:val="24"/>
              </w:rPr>
            </w:pPr>
          </w:p>
          <w:p w14:paraId="25730790" w14:textId="53EE8B8A" w:rsidR="008B3F02" w:rsidRPr="00844A9F" w:rsidRDefault="008B3F02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 xml:space="preserve">Milk or </w:t>
            </w:r>
            <w:r w:rsidR="00085BC2" w:rsidRPr="00844A9F">
              <w:rPr>
                <w:sz w:val="24"/>
                <w:szCs w:val="24"/>
              </w:rPr>
              <w:t>water</w:t>
            </w:r>
            <w:r w:rsidRPr="00844A9F">
              <w:rPr>
                <w:sz w:val="24"/>
                <w:szCs w:val="24"/>
              </w:rPr>
              <w:t xml:space="preserve"> to drink</w:t>
            </w:r>
          </w:p>
        </w:tc>
        <w:tc>
          <w:tcPr>
            <w:tcW w:w="2690" w:type="dxa"/>
          </w:tcPr>
          <w:p w14:paraId="057058F8" w14:textId="77777777" w:rsidR="00345A24" w:rsidRDefault="004243DD" w:rsidP="00264F53">
            <w:pPr>
              <w:pStyle w:val="p1"/>
              <w:jc w:val="center"/>
            </w:pPr>
            <w:r w:rsidRPr="00844A9F">
              <w:t xml:space="preserve">Fish </w:t>
            </w:r>
            <w:r w:rsidR="00345A24">
              <w:t>fingers</w:t>
            </w:r>
            <w:r w:rsidRPr="00844A9F">
              <w:t xml:space="preserve"> with peas</w:t>
            </w:r>
            <w:r w:rsidR="00345A24">
              <w:t xml:space="preserve"> and new potatoes</w:t>
            </w:r>
            <w:r w:rsidRPr="00844A9F">
              <w:br/>
            </w:r>
          </w:p>
          <w:p w14:paraId="784F04B8" w14:textId="3A4F0B46" w:rsidR="004243DD" w:rsidRPr="00844A9F" w:rsidRDefault="004243DD" w:rsidP="00264F53">
            <w:pPr>
              <w:pStyle w:val="p1"/>
              <w:jc w:val="center"/>
            </w:pPr>
            <w:r w:rsidRPr="00844A9F">
              <w:t xml:space="preserve">Pudding: </w:t>
            </w:r>
            <w:r w:rsidRPr="00844A9F">
              <w:rPr>
                <w:rStyle w:val="s2"/>
              </w:rPr>
              <w:t>Stewed apple &amp; custard</w:t>
            </w:r>
          </w:p>
          <w:p w14:paraId="48F5E392" w14:textId="576729A6" w:rsidR="008B3F02" w:rsidRPr="00844A9F" w:rsidRDefault="008B3F02" w:rsidP="00264F53">
            <w:pPr>
              <w:pStyle w:val="p1"/>
              <w:spacing w:before="0" w:beforeAutospacing="0"/>
              <w:jc w:val="center"/>
            </w:pPr>
            <w:r w:rsidRPr="00844A9F">
              <w:t>Water to drink</w:t>
            </w:r>
          </w:p>
        </w:tc>
        <w:tc>
          <w:tcPr>
            <w:tcW w:w="4389" w:type="dxa"/>
          </w:tcPr>
          <w:p w14:paraId="48767CC4" w14:textId="6E405C01" w:rsidR="002A5479" w:rsidRPr="00844A9F" w:rsidRDefault="003C3AE1" w:rsidP="00085BC2">
            <w:pPr>
              <w:pStyle w:val="p1"/>
              <w:jc w:val="center"/>
            </w:pPr>
            <w:r w:rsidRPr="00844A9F">
              <w:t>Sandwich selection (cheese, egg)</w:t>
            </w:r>
          </w:p>
          <w:p w14:paraId="48997E75" w14:textId="029589C1" w:rsidR="004243DD" w:rsidRPr="00844A9F" w:rsidRDefault="004243DD" w:rsidP="00085BC2">
            <w:pPr>
              <w:pStyle w:val="p1"/>
              <w:jc w:val="center"/>
            </w:pPr>
            <w:r w:rsidRPr="00844A9F">
              <w:t xml:space="preserve">Pudding: </w:t>
            </w:r>
            <w:r w:rsidR="003C3AE1" w:rsidRPr="00844A9F">
              <w:t>Melon</w:t>
            </w:r>
          </w:p>
          <w:p w14:paraId="1C284417" w14:textId="744063A3" w:rsidR="004243DD" w:rsidRPr="00844A9F" w:rsidRDefault="00A87FDB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>Water to drink</w:t>
            </w:r>
          </w:p>
        </w:tc>
      </w:tr>
      <w:tr w:rsidR="004243DD" w14:paraId="4A01D82D" w14:textId="77777777" w:rsidTr="004243DD">
        <w:tc>
          <w:tcPr>
            <w:tcW w:w="1716" w:type="dxa"/>
          </w:tcPr>
          <w:p w14:paraId="66EC56F7" w14:textId="77777777" w:rsidR="004243DD" w:rsidRPr="00844A9F" w:rsidRDefault="004243DD" w:rsidP="00085BC2">
            <w:pPr>
              <w:jc w:val="center"/>
              <w:rPr>
                <w:b/>
                <w:bCs/>
                <w:sz w:val="24"/>
                <w:szCs w:val="24"/>
              </w:rPr>
            </w:pPr>
            <w:r w:rsidRPr="00844A9F">
              <w:rPr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832" w:type="dxa"/>
          </w:tcPr>
          <w:p w14:paraId="724C0D63" w14:textId="77777777" w:rsidR="004243DD" w:rsidRPr="00844A9F" w:rsidRDefault="004243DD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>Porridge with chopped blueberries, or a choice of low sugar cereal or toast</w:t>
            </w:r>
          </w:p>
          <w:p w14:paraId="2D68692E" w14:textId="77777777" w:rsidR="002C444D" w:rsidRDefault="002C444D" w:rsidP="00085BC2">
            <w:pPr>
              <w:jc w:val="center"/>
            </w:pPr>
          </w:p>
          <w:p w14:paraId="7F6F9DA4" w14:textId="22CFC62F" w:rsidR="002C444D" w:rsidRPr="00844A9F" w:rsidRDefault="002C444D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>Milk or water to drink</w:t>
            </w:r>
          </w:p>
          <w:p w14:paraId="13D11E45" w14:textId="1997C55B" w:rsidR="002C444D" w:rsidRPr="004243DD" w:rsidRDefault="002C444D" w:rsidP="00085BC2">
            <w:pPr>
              <w:jc w:val="center"/>
              <w:rPr>
                <w:szCs w:val="18"/>
              </w:rPr>
            </w:pPr>
          </w:p>
        </w:tc>
        <w:tc>
          <w:tcPr>
            <w:tcW w:w="1982" w:type="dxa"/>
          </w:tcPr>
          <w:p w14:paraId="2EB49EC2" w14:textId="77777777" w:rsidR="004243DD" w:rsidRPr="00844A9F" w:rsidRDefault="004243DD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>Banana &amp; oat muffin</w:t>
            </w:r>
          </w:p>
          <w:p w14:paraId="341F7B0A" w14:textId="77777777" w:rsidR="00C76306" w:rsidRPr="00844A9F" w:rsidRDefault="00C76306" w:rsidP="00085BC2">
            <w:pPr>
              <w:jc w:val="center"/>
              <w:rPr>
                <w:sz w:val="24"/>
                <w:szCs w:val="24"/>
              </w:rPr>
            </w:pPr>
          </w:p>
          <w:p w14:paraId="5882FD0E" w14:textId="36BFFA76" w:rsidR="00C76306" w:rsidRPr="00844A9F" w:rsidRDefault="00C76306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>Milk or water to drink</w:t>
            </w:r>
          </w:p>
        </w:tc>
        <w:tc>
          <w:tcPr>
            <w:tcW w:w="2690" w:type="dxa"/>
          </w:tcPr>
          <w:p w14:paraId="69569996" w14:textId="77777777" w:rsidR="00345A24" w:rsidRDefault="002A5479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>Chicken curry with rice</w:t>
            </w:r>
            <w:r w:rsidR="004243DD" w:rsidRPr="00844A9F">
              <w:rPr>
                <w:sz w:val="24"/>
                <w:szCs w:val="24"/>
              </w:rPr>
              <w:br/>
            </w:r>
          </w:p>
          <w:p w14:paraId="729A9F14" w14:textId="3D0E516D" w:rsidR="004243DD" w:rsidRPr="00844A9F" w:rsidRDefault="004243DD" w:rsidP="00085BC2">
            <w:pPr>
              <w:jc w:val="center"/>
              <w:rPr>
                <w:rStyle w:val="s2"/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 xml:space="preserve">Pudding: </w:t>
            </w:r>
            <w:r w:rsidR="006252B6" w:rsidRPr="00844A9F">
              <w:rPr>
                <w:rStyle w:val="s2"/>
                <w:sz w:val="24"/>
                <w:szCs w:val="24"/>
              </w:rPr>
              <w:t xml:space="preserve"> </w:t>
            </w:r>
            <w:r w:rsidR="003C3AE1" w:rsidRPr="00844A9F">
              <w:rPr>
                <w:rStyle w:val="s2"/>
                <w:sz w:val="24"/>
                <w:szCs w:val="24"/>
              </w:rPr>
              <w:t>Watermelon</w:t>
            </w:r>
          </w:p>
          <w:p w14:paraId="368082DE" w14:textId="77777777" w:rsidR="00264F53" w:rsidRPr="00844A9F" w:rsidRDefault="00264F53" w:rsidP="00085BC2">
            <w:pPr>
              <w:jc w:val="center"/>
              <w:rPr>
                <w:rStyle w:val="s2"/>
                <w:sz w:val="24"/>
                <w:szCs w:val="24"/>
              </w:rPr>
            </w:pPr>
          </w:p>
          <w:p w14:paraId="3432E092" w14:textId="3FFB273B" w:rsidR="00264F53" w:rsidRPr="00844A9F" w:rsidRDefault="00264F53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rStyle w:val="s2"/>
                <w:sz w:val="24"/>
                <w:szCs w:val="24"/>
              </w:rPr>
              <w:t>Water to drink</w:t>
            </w:r>
          </w:p>
        </w:tc>
        <w:tc>
          <w:tcPr>
            <w:tcW w:w="4389" w:type="dxa"/>
          </w:tcPr>
          <w:p w14:paraId="45647B24" w14:textId="761E2373" w:rsidR="007B7587" w:rsidRPr="00844A9F" w:rsidRDefault="00345A24" w:rsidP="00085B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Beans on toast</w:t>
            </w:r>
          </w:p>
          <w:p w14:paraId="14E08BBF" w14:textId="77777777" w:rsidR="004243DD" w:rsidRPr="00844A9F" w:rsidRDefault="004243DD" w:rsidP="00085BC2">
            <w:pPr>
              <w:jc w:val="center"/>
              <w:rPr>
                <w:rStyle w:val="s2"/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br/>
              <w:t xml:space="preserve">Pudding: </w:t>
            </w:r>
            <w:r w:rsidRPr="00844A9F">
              <w:rPr>
                <w:rStyle w:val="s2"/>
                <w:sz w:val="24"/>
                <w:szCs w:val="24"/>
              </w:rPr>
              <w:t>Plain yogurt with peach purée</w:t>
            </w:r>
          </w:p>
          <w:p w14:paraId="7B8AF9FB" w14:textId="77777777" w:rsidR="007B7587" w:rsidRPr="00844A9F" w:rsidRDefault="007B7587" w:rsidP="00085BC2">
            <w:pPr>
              <w:jc w:val="center"/>
              <w:rPr>
                <w:rStyle w:val="s2"/>
                <w:sz w:val="24"/>
                <w:szCs w:val="24"/>
              </w:rPr>
            </w:pPr>
          </w:p>
          <w:p w14:paraId="1EDE1CC1" w14:textId="697EEE76" w:rsidR="007B7587" w:rsidRPr="00844A9F" w:rsidRDefault="007B7587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rStyle w:val="s2"/>
                <w:sz w:val="24"/>
                <w:szCs w:val="24"/>
              </w:rPr>
              <w:t>Water to drink</w:t>
            </w:r>
          </w:p>
        </w:tc>
      </w:tr>
      <w:tr w:rsidR="004243DD" w14:paraId="3A7BB3F1" w14:textId="77777777" w:rsidTr="004243DD">
        <w:tc>
          <w:tcPr>
            <w:tcW w:w="1716" w:type="dxa"/>
          </w:tcPr>
          <w:p w14:paraId="43CF1BCD" w14:textId="77777777" w:rsidR="004243DD" w:rsidRPr="00844A9F" w:rsidRDefault="004243DD" w:rsidP="00085BC2">
            <w:pPr>
              <w:jc w:val="center"/>
              <w:rPr>
                <w:b/>
                <w:bCs/>
                <w:sz w:val="24"/>
                <w:szCs w:val="24"/>
              </w:rPr>
            </w:pPr>
            <w:r w:rsidRPr="00844A9F">
              <w:rPr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2832" w:type="dxa"/>
          </w:tcPr>
          <w:p w14:paraId="556A9C87" w14:textId="77777777" w:rsidR="004243DD" w:rsidRPr="00844A9F" w:rsidRDefault="004243DD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>Porridge with cho</w:t>
            </w:r>
            <w:r w:rsidR="00F9636B" w:rsidRPr="00844A9F">
              <w:rPr>
                <w:sz w:val="24"/>
                <w:szCs w:val="24"/>
              </w:rPr>
              <w:t>p</w:t>
            </w:r>
            <w:r w:rsidRPr="00844A9F">
              <w:rPr>
                <w:sz w:val="24"/>
                <w:szCs w:val="24"/>
              </w:rPr>
              <w:t>ped kiwi, or a choice of low sugar cereal or toast</w:t>
            </w:r>
          </w:p>
          <w:p w14:paraId="0D443F26" w14:textId="77777777" w:rsidR="002C444D" w:rsidRPr="00844A9F" w:rsidRDefault="002C444D" w:rsidP="00085BC2">
            <w:pPr>
              <w:jc w:val="center"/>
              <w:rPr>
                <w:sz w:val="24"/>
                <w:szCs w:val="24"/>
              </w:rPr>
            </w:pPr>
          </w:p>
          <w:p w14:paraId="7B6A5F0F" w14:textId="2300517C" w:rsidR="002C444D" w:rsidRPr="00844A9F" w:rsidRDefault="002C444D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 xml:space="preserve">Milk or </w:t>
            </w:r>
            <w:r w:rsidR="00D163E3" w:rsidRPr="00844A9F">
              <w:rPr>
                <w:sz w:val="24"/>
                <w:szCs w:val="24"/>
              </w:rPr>
              <w:t>water</w:t>
            </w:r>
            <w:r w:rsidRPr="00844A9F">
              <w:rPr>
                <w:sz w:val="24"/>
                <w:szCs w:val="24"/>
              </w:rPr>
              <w:t xml:space="preserve"> to drink</w:t>
            </w:r>
          </w:p>
        </w:tc>
        <w:tc>
          <w:tcPr>
            <w:tcW w:w="1982" w:type="dxa"/>
          </w:tcPr>
          <w:p w14:paraId="3AF6FD6C" w14:textId="0D376AC9" w:rsidR="00CD10BC" w:rsidRPr="00844A9F" w:rsidRDefault="00345A24" w:rsidP="00CD10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Oat cakes with salsa</w:t>
            </w:r>
          </w:p>
          <w:p w14:paraId="62A6967B" w14:textId="77777777" w:rsidR="00C76306" w:rsidRPr="00844A9F" w:rsidRDefault="00C76306" w:rsidP="00085BC2">
            <w:pPr>
              <w:jc w:val="center"/>
              <w:rPr>
                <w:sz w:val="24"/>
                <w:szCs w:val="24"/>
              </w:rPr>
            </w:pPr>
          </w:p>
          <w:p w14:paraId="3ACDCF9D" w14:textId="2BE7C985" w:rsidR="00C76306" w:rsidRPr="00844A9F" w:rsidRDefault="00C76306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>Milk or water to drink</w:t>
            </w:r>
          </w:p>
        </w:tc>
        <w:tc>
          <w:tcPr>
            <w:tcW w:w="2690" w:type="dxa"/>
          </w:tcPr>
          <w:p w14:paraId="5D1202E7" w14:textId="71FDDE73" w:rsidR="00B25AD8" w:rsidRPr="00844A9F" w:rsidRDefault="002A5479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 xml:space="preserve">Roast gammon with roast potatoes &amp; </w:t>
            </w:r>
            <w:proofErr w:type="gramStart"/>
            <w:r w:rsidRPr="00844A9F">
              <w:rPr>
                <w:sz w:val="24"/>
                <w:szCs w:val="24"/>
              </w:rPr>
              <w:t>veg</w:t>
            </w:r>
            <w:proofErr w:type="gramEnd"/>
          </w:p>
          <w:p w14:paraId="631A37DF" w14:textId="77777777" w:rsidR="00B25AD8" w:rsidRPr="00844A9F" w:rsidRDefault="00B25AD8" w:rsidP="00085BC2">
            <w:pPr>
              <w:jc w:val="center"/>
              <w:rPr>
                <w:sz w:val="24"/>
                <w:szCs w:val="24"/>
              </w:rPr>
            </w:pPr>
          </w:p>
          <w:p w14:paraId="6B215C43" w14:textId="230044BB" w:rsidR="004243DD" w:rsidRPr="00844A9F" w:rsidRDefault="004243DD" w:rsidP="00085BC2">
            <w:pPr>
              <w:jc w:val="center"/>
              <w:rPr>
                <w:rStyle w:val="s2"/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 xml:space="preserve">Pudding: </w:t>
            </w:r>
            <w:r w:rsidRPr="00844A9F">
              <w:rPr>
                <w:rStyle w:val="s2"/>
                <w:sz w:val="24"/>
                <w:szCs w:val="24"/>
              </w:rPr>
              <w:t xml:space="preserve">Natural yogurt with fresh </w:t>
            </w:r>
            <w:r w:rsidR="00345A24" w:rsidRPr="00345A24">
              <w:rPr>
                <w:rStyle w:val="s2"/>
                <w:sz w:val="24"/>
                <w:szCs w:val="24"/>
              </w:rPr>
              <w:t>raspberries</w:t>
            </w:r>
          </w:p>
          <w:p w14:paraId="3FD76725" w14:textId="77777777" w:rsidR="00264F53" w:rsidRPr="00844A9F" w:rsidRDefault="00264F53" w:rsidP="00085BC2">
            <w:pPr>
              <w:jc w:val="center"/>
              <w:rPr>
                <w:rStyle w:val="s2"/>
                <w:sz w:val="24"/>
                <w:szCs w:val="24"/>
              </w:rPr>
            </w:pPr>
          </w:p>
          <w:p w14:paraId="04A29BF8" w14:textId="7CE5A58F" w:rsidR="00264F53" w:rsidRPr="00844A9F" w:rsidRDefault="00264F53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rStyle w:val="s2"/>
                <w:sz w:val="24"/>
                <w:szCs w:val="24"/>
              </w:rPr>
              <w:t>Water to drink</w:t>
            </w:r>
          </w:p>
        </w:tc>
        <w:tc>
          <w:tcPr>
            <w:tcW w:w="4389" w:type="dxa"/>
          </w:tcPr>
          <w:p w14:paraId="4C2116FB" w14:textId="7000D171" w:rsidR="007B7587" w:rsidRPr="00844A9F" w:rsidRDefault="003C3AE1" w:rsidP="007B7587">
            <w:pPr>
              <w:pStyle w:val="p1"/>
              <w:jc w:val="center"/>
            </w:pPr>
            <w:r w:rsidRPr="00844A9F">
              <w:t xml:space="preserve">Vegetable pasta </w:t>
            </w:r>
            <w:r w:rsidR="00345A24">
              <w:t>and sauce</w:t>
            </w:r>
          </w:p>
          <w:p w14:paraId="21E67326" w14:textId="1FFF405F" w:rsidR="004243DD" w:rsidRPr="00844A9F" w:rsidRDefault="002A5479" w:rsidP="007B7587">
            <w:pPr>
              <w:pStyle w:val="p1"/>
              <w:jc w:val="center"/>
              <w:rPr>
                <w:rStyle w:val="s2"/>
              </w:rPr>
            </w:pPr>
            <w:r w:rsidRPr="00844A9F">
              <w:br/>
            </w:r>
            <w:r w:rsidR="004243DD" w:rsidRPr="00844A9F">
              <w:t xml:space="preserve">Pudding: </w:t>
            </w:r>
            <w:r w:rsidR="003C3AE1" w:rsidRPr="00844A9F">
              <w:t>Pears and custard</w:t>
            </w:r>
          </w:p>
          <w:p w14:paraId="6D463C14" w14:textId="677B78AA" w:rsidR="004243DD" w:rsidRPr="00844A9F" w:rsidRDefault="007B7587" w:rsidP="007B7587">
            <w:pPr>
              <w:pStyle w:val="p1"/>
              <w:jc w:val="center"/>
            </w:pPr>
            <w:r w:rsidRPr="00844A9F">
              <w:rPr>
                <w:rStyle w:val="s2"/>
              </w:rPr>
              <w:t>Water to drink</w:t>
            </w:r>
          </w:p>
        </w:tc>
      </w:tr>
      <w:tr w:rsidR="004243DD" w14:paraId="1D85F973" w14:textId="77777777" w:rsidTr="004243DD">
        <w:tc>
          <w:tcPr>
            <w:tcW w:w="1716" w:type="dxa"/>
          </w:tcPr>
          <w:p w14:paraId="36B2F4F3" w14:textId="77777777" w:rsidR="004243DD" w:rsidRPr="00844A9F" w:rsidRDefault="004243DD" w:rsidP="00085BC2">
            <w:pPr>
              <w:jc w:val="center"/>
              <w:rPr>
                <w:b/>
                <w:bCs/>
                <w:sz w:val="24"/>
                <w:szCs w:val="24"/>
              </w:rPr>
            </w:pPr>
            <w:r w:rsidRPr="00844A9F">
              <w:rPr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2832" w:type="dxa"/>
          </w:tcPr>
          <w:p w14:paraId="757C07F2" w14:textId="1C991F54" w:rsidR="004243DD" w:rsidRPr="00844A9F" w:rsidRDefault="004243DD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>Porridge with</w:t>
            </w:r>
            <w:r w:rsidR="005F44F3" w:rsidRPr="00844A9F">
              <w:rPr>
                <w:sz w:val="24"/>
                <w:szCs w:val="24"/>
              </w:rPr>
              <w:t xml:space="preserve"> </w:t>
            </w:r>
            <w:r w:rsidR="002A5637" w:rsidRPr="00844A9F">
              <w:rPr>
                <w:sz w:val="24"/>
                <w:szCs w:val="24"/>
              </w:rPr>
              <w:t xml:space="preserve">Chopped </w:t>
            </w:r>
            <w:r w:rsidR="00A72CD0" w:rsidRPr="00844A9F">
              <w:rPr>
                <w:sz w:val="24"/>
                <w:szCs w:val="24"/>
              </w:rPr>
              <w:t>banana,</w:t>
            </w:r>
            <w:r w:rsidRPr="00844A9F">
              <w:rPr>
                <w:sz w:val="24"/>
                <w:szCs w:val="24"/>
              </w:rPr>
              <w:t xml:space="preserve"> or a choice of low sugar cereal or toast</w:t>
            </w:r>
          </w:p>
          <w:p w14:paraId="43EC5CCE" w14:textId="77777777" w:rsidR="00D163E3" w:rsidRDefault="00D163E3" w:rsidP="00085BC2">
            <w:pPr>
              <w:jc w:val="center"/>
            </w:pPr>
          </w:p>
          <w:p w14:paraId="6DD089ED" w14:textId="70E94C7E" w:rsidR="00D163E3" w:rsidRPr="00844A9F" w:rsidRDefault="00D163E3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>Milk or water to drink</w:t>
            </w:r>
          </w:p>
          <w:p w14:paraId="0A6BE44C" w14:textId="70B8F5E0" w:rsidR="002C444D" w:rsidRDefault="002C444D" w:rsidP="00085BC2">
            <w:pPr>
              <w:jc w:val="center"/>
            </w:pPr>
          </w:p>
        </w:tc>
        <w:tc>
          <w:tcPr>
            <w:tcW w:w="1982" w:type="dxa"/>
          </w:tcPr>
          <w:p w14:paraId="0A770184" w14:textId="25710B35" w:rsidR="00CD10BC" w:rsidRPr="00844A9F" w:rsidRDefault="00345A24" w:rsidP="00CD10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Rice cakes</w:t>
            </w:r>
            <w:r w:rsidR="00CD10BC" w:rsidRPr="00844A9F">
              <w:rPr>
                <w:sz w:val="24"/>
                <w:szCs w:val="24"/>
              </w:rPr>
              <w:t xml:space="preserve"> &amp; </w:t>
            </w:r>
            <w:r w:rsidR="003C3AE1" w:rsidRPr="00844A9F">
              <w:rPr>
                <w:sz w:val="24"/>
                <w:szCs w:val="24"/>
              </w:rPr>
              <w:t xml:space="preserve">red pepper </w:t>
            </w:r>
            <w:r w:rsidR="00CD10BC" w:rsidRPr="00844A9F">
              <w:rPr>
                <w:sz w:val="24"/>
                <w:szCs w:val="24"/>
              </w:rPr>
              <w:t>houmous</w:t>
            </w:r>
          </w:p>
          <w:p w14:paraId="5F0E4A9E" w14:textId="77777777" w:rsidR="00345A24" w:rsidRDefault="00345A24" w:rsidP="00085BC2">
            <w:pPr>
              <w:jc w:val="center"/>
              <w:rPr>
                <w:sz w:val="24"/>
                <w:szCs w:val="24"/>
              </w:rPr>
            </w:pPr>
          </w:p>
          <w:p w14:paraId="6821FF2A" w14:textId="6A6FD369" w:rsidR="00C76306" w:rsidRPr="00844A9F" w:rsidRDefault="00C76306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>Milk or water to drink</w:t>
            </w:r>
          </w:p>
        </w:tc>
        <w:tc>
          <w:tcPr>
            <w:tcW w:w="2690" w:type="dxa"/>
          </w:tcPr>
          <w:p w14:paraId="47E80448" w14:textId="575DC342" w:rsidR="006F625B" w:rsidRPr="00844A9F" w:rsidRDefault="00345A24" w:rsidP="00085B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Lasagna with side salad</w:t>
            </w:r>
          </w:p>
          <w:p w14:paraId="4D1BC2D5" w14:textId="77777777" w:rsidR="00345A24" w:rsidRDefault="00345A24" w:rsidP="00085BC2">
            <w:pPr>
              <w:jc w:val="center"/>
              <w:rPr>
                <w:sz w:val="24"/>
                <w:szCs w:val="24"/>
              </w:rPr>
            </w:pPr>
          </w:p>
          <w:p w14:paraId="476FFF47" w14:textId="425189AE" w:rsidR="004243DD" w:rsidRPr="00844A9F" w:rsidRDefault="004243DD" w:rsidP="00085BC2">
            <w:pPr>
              <w:jc w:val="center"/>
              <w:rPr>
                <w:rStyle w:val="s2"/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>Pudding:</w:t>
            </w:r>
            <w:r w:rsidR="005227E0" w:rsidRPr="00844A9F">
              <w:rPr>
                <w:rStyle w:val="s2"/>
                <w:sz w:val="24"/>
                <w:szCs w:val="24"/>
              </w:rPr>
              <w:t xml:space="preserve"> </w:t>
            </w:r>
            <w:r w:rsidR="003C3AE1" w:rsidRPr="00844A9F">
              <w:rPr>
                <w:rStyle w:val="s2"/>
                <w:sz w:val="24"/>
                <w:szCs w:val="24"/>
              </w:rPr>
              <w:t>Flapjack</w:t>
            </w:r>
          </w:p>
          <w:p w14:paraId="78DD7C75" w14:textId="77777777" w:rsidR="00264F53" w:rsidRPr="00844A9F" w:rsidRDefault="00264F53" w:rsidP="00085BC2">
            <w:pPr>
              <w:jc w:val="center"/>
              <w:rPr>
                <w:rStyle w:val="s2"/>
                <w:sz w:val="24"/>
                <w:szCs w:val="24"/>
              </w:rPr>
            </w:pPr>
          </w:p>
          <w:p w14:paraId="7B46DA00" w14:textId="36058B4E" w:rsidR="00264F53" w:rsidRPr="00844A9F" w:rsidRDefault="00264F53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rStyle w:val="s2"/>
                <w:sz w:val="24"/>
                <w:szCs w:val="24"/>
              </w:rPr>
              <w:t>Water to drink</w:t>
            </w:r>
          </w:p>
        </w:tc>
        <w:tc>
          <w:tcPr>
            <w:tcW w:w="4389" w:type="dxa"/>
          </w:tcPr>
          <w:p w14:paraId="65777510" w14:textId="6D702087" w:rsidR="004243DD" w:rsidRPr="00844A9F" w:rsidRDefault="003C3AE1" w:rsidP="00085BC2">
            <w:pPr>
              <w:jc w:val="center"/>
              <w:rPr>
                <w:rStyle w:val="s2"/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>Cheese omelet and vegetable sticks</w:t>
            </w:r>
            <w:r w:rsidR="004243DD" w:rsidRPr="00844A9F">
              <w:rPr>
                <w:sz w:val="24"/>
                <w:szCs w:val="24"/>
              </w:rPr>
              <w:br/>
              <w:t xml:space="preserve">Pudding: </w:t>
            </w:r>
            <w:r w:rsidR="004243DD" w:rsidRPr="00844A9F">
              <w:rPr>
                <w:rStyle w:val="s2"/>
                <w:sz w:val="24"/>
                <w:szCs w:val="24"/>
              </w:rPr>
              <w:t xml:space="preserve"> </w:t>
            </w:r>
            <w:r w:rsidRPr="00844A9F">
              <w:rPr>
                <w:rStyle w:val="s2"/>
                <w:sz w:val="24"/>
                <w:szCs w:val="24"/>
              </w:rPr>
              <w:t>Jelly and fruit</w:t>
            </w:r>
          </w:p>
          <w:p w14:paraId="5DE18E0C" w14:textId="77777777" w:rsidR="006F625B" w:rsidRPr="00844A9F" w:rsidRDefault="006F625B" w:rsidP="00085BC2">
            <w:pPr>
              <w:jc w:val="center"/>
              <w:rPr>
                <w:sz w:val="24"/>
                <w:szCs w:val="24"/>
              </w:rPr>
            </w:pPr>
          </w:p>
          <w:p w14:paraId="1E1EF7B5" w14:textId="77777777" w:rsidR="00B85D58" w:rsidRPr="00844A9F" w:rsidRDefault="00B85D58" w:rsidP="00085BC2">
            <w:pPr>
              <w:jc w:val="center"/>
              <w:rPr>
                <w:sz w:val="24"/>
                <w:szCs w:val="24"/>
              </w:rPr>
            </w:pPr>
          </w:p>
          <w:p w14:paraId="682639D8" w14:textId="37BB0E43" w:rsidR="006F625B" w:rsidRPr="00844A9F" w:rsidRDefault="006F625B" w:rsidP="00085BC2">
            <w:pPr>
              <w:jc w:val="center"/>
              <w:rPr>
                <w:sz w:val="24"/>
                <w:szCs w:val="24"/>
              </w:rPr>
            </w:pPr>
            <w:r w:rsidRPr="00844A9F">
              <w:rPr>
                <w:sz w:val="24"/>
                <w:szCs w:val="24"/>
              </w:rPr>
              <w:t>Water to drink</w:t>
            </w:r>
          </w:p>
        </w:tc>
      </w:tr>
    </w:tbl>
    <w:p w14:paraId="22584A3A" w14:textId="77777777" w:rsidR="004243DD" w:rsidRDefault="004243DD" w:rsidP="00085BC2">
      <w:pPr>
        <w:jc w:val="center"/>
      </w:pPr>
    </w:p>
    <w:p w14:paraId="37BF6C6C" w14:textId="46937765" w:rsidR="00AB3D0A" w:rsidRDefault="00EF413A" w:rsidP="00085BC2">
      <w:pPr>
        <w:jc w:val="center"/>
      </w:pPr>
      <w:r>
        <w:t>Care4kids Childcare – Fresh, home-cooked meals for children</w:t>
      </w:r>
    </w:p>
    <w:sectPr w:rsidR="00AB3D0A" w:rsidSect="00844A9F">
      <w:pgSz w:w="15840" w:h="12240" w:orient="landscape"/>
      <w:pgMar w:top="340" w:right="1440" w:bottom="1304" w:left="1440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CCB4A" w14:textId="77777777" w:rsidR="00091D67" w:rsidRDefault="00091D67" w:rsidP="00844A9F">
      <w:pPr>
        <w:spacing w:after="0" w:line="240" w:lineRule="auto"/>
      </w:pPr>
      <w:r>
        <w:separator/>
      </w:r>
    </w:p>
  </w:endnote>
  <w:endnote w:type="continuationSeparator" w:id="0">
    <w:p w14:paraId="3BF4B835" w14:textId="77777777" w:rsidR="00091D67" w:rsidRDefault="00091D67" w:rsidP="0084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9E6B8" w14:textId="77777777" w:rsidR="00091D67" w:rsidRDefault="00091D67" w:rsidP="00844A9F">
      <w:pPr>
        <w:spacing w:after="0" w:line="240" w:lineRule="auto"/>
      </w:pPr>
      <w:r>
        <w:separator/>
      </w:r>
    </w:p>
  </w:footnote>
  <w:footnote w:type="continuationSeparator" w:id="0">
    <w:p w14:paraId="3567A764" w14:textId="77777777" w:rsidR="00091D67" w:rsidRDefault="00091D67" w:rsidP="00844A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9F628F"/>
    <w:multiLevelType w:val="multilevel"/>
    <w:tmpl w:val="B61AB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9641468">
    <w:abstractNumId w:val="2"/>
  </w:num>
  <w:num w:numId="2" w16cid:durableId="1530340691">
    <w:abstractNumId w:val="1"/>
  </w:num>
  <w:num w:numId="3" w16cid:durableId="1644889942">
    <w:abstractNumId w:val="8"/>
  </w:num>
  <w:num w:numId="4" w16cid:durableId="1961952324">
    <w:abstractNumId w:val="4"/>
  </w:num>
  <w:num w:numId="5" w16cid:durableId="348065697">
    <w:abstractNumId w:val="0"/>
  </w:num>
  <w:num w:numId="6" w16cid:durableId="363865473">
    <w:abstractNumId w:val="3"/>
  </w:num>
  <w:num w:numId="7" w16cid:durableId="447773872">
    <w:abstractNumId w:val="5"/>
  </w:num>
  <w:num w:numId="8" w16cid:durableId="558170310">
    <w:abstractNumId w:val="6"/>
  </w:num>
  <w:num w:numId="9" w16cid:durableId="640842145">
    <w:abstractNumId w:val="7"/>
  </w:num>
  <w:num w:numId="10" w16cid:durableId="9789982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7DD"/>
    <w:rsid w:val="0006063C"/>
    <w:rsid w:val="00085BC2"/>
    <w:rsid w:val="00091D67"/>
    <w:rsid w:val="0015074B"/>
    <w:rsid w:val="00264F53"/>
    <w:rsid w:val="0029639D"/>
    <w:rsid w:val="002A5479"/>
    <w:rsid w:val="002A5637"/>
    <w:rsid w:val="002C444D"/>
    <w:rsid w:val="00326F90"/>
    <w:rsid w:val="00345A24"/>
    <w:rsid w:val="003C3AE1"/>
    <w:rsid w:val="003F029F"/>
    <w:rsid w:val="004243DD"/>
    <w:rsid w:val="00460DFF"/>
    <w:rsid w:val="00470738"/>
    <w:rsid w:val="005227E0"/>
    <w:rsid w:val="005F44F3"/>
    <w:rsid w:val="006252B6"/>
    <w:rsid w:val="006F625B"/>
    <w:rsid w:val="007B7587"/>
    <w:rsid w:val="00844A9F"/>
    <w:rsid w:val="008B3F02"/>
    <w:rsid w:val="008D74A6"/>
    <w:rsid w:val="009C171E"/>
    <w:rsid w:val="00A72CD0"/>
    <w:rsid w:val="00A87FDB"/>
    <w:rsid w:val="00AA1D8D"/>
    <w:rsid w:val="00AB3D0A"/>
    <w:rsid w:val="00AF20E9"/>
    <w:rsid w:val="00B25AD8"/>
    <w:rsid w:val="00B47730"/>
    <w:rsid w:val="00B85D58"/>
    <w:rsid w:val="00C64EC7"/>
    <w:rsid w:val="00C76306"/>
    <w:rsid w:val="00CB0664"/>
    <w:rsid w:val="00CD10BC"/>
    <w:rsid w:val="00CE1827"/>
    <w:rsid w:val="00D163E3"/>
    <w:rsid w:val="00DC114C"/>
    <w:rsid w:val="00EF413A"/>
    <w:rsid w:val="00F3190B"/>
    <w:rsid w:val="00F963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07020F"/>
  <w14:defaultImageDpi w14:val="300"/>
  <w15:docId w15:val="{809C51B3-2478-6948-9556-A704E1693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424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s1">
    <w:name w:val="s1"/>
    <w:basedOn w:val="DefaultParagraphFont"/>
    <w:rsid w:val="004243DD"/>
  </w:style>
  <w:style w:type="character" w:customStyle="1" w:styleId="s2">
    <w:name w:val="s2"/>
    <w:basedOn w:val="DefaultParagraphFont"/>
    <w:rsid w:val="00424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194</Words>
  <Characters>1370</Characters>
  <Application>Microsoft Office Word</Application>
  <DocSecurity>0</DocSecurity>
  <Lines>342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Rachelle Riley</cp:lastModifiedBy>
  <cp:revision>8</cp:revision>
  <cp:lastPrinted>2025-09-01T12:21:00Z</cp:lastPrinted>
  <dcterms:created xsi:type="dcterms:W3CDTF">2025-09-16T18:10:00Z</dcterms:created>
  <dcterms:modified xsi:type="dcterms:W3CDTF">2026-09-10T11:01:00Z</dcterms:modified>
  <cp:category/>
</cp:coreProperties>
</file>