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B5B5D" w14:textId="5DC02E58" w:rsidR="00A80CA1" w:rsidRDefault="00A80CA1"/>
    <w:tbl>
      <w:tblPr>
        <w:tblStyle w:val="TableGrid"/>
        <w:tblW w:w="13892" w:type="dxa"/>
        <w:tblInd w:w="-942" w:type="dxa"/>
        <w:tblLook w:val="04A0" w:firstRow="1" w:lastRow="0" w:firstColumn="1" w:lastColumn="0" w:noHBand="0" w:noVBand="1"/>
      </w:tblPr>
      <w:tblGrid>
        <w:gridCol w:w="1413"/>
        <w:gridCol w:w="2215"/>
        <w:gridCol w:w="2621"/>
        <w:gridCol w:w="2973"/>
        <w:gridCol w:w="4670"/>
      </w:tblGrid>
      <w:tr w:rsidR="0011246F" w:rsidRPr="00FD57FA" w14:paraId="0D7F4D60" w14:textId="77777777" w:rsidTr="00FD57FA">
        <w:tc>
          <w:tcPr>
            <w:tcW w:w="1398" w:type="dxa"/>
          </w:tcPr>
          <w:p w14:paraId="174CE85D" w14:textId="77777777" w:rsidR="00A80CA1" w:rsidRPr="00FD57FA" w:rsidRDefault="00EE2AA8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>Day</w:t>
            </w:r>
          </w:p>
        </w:tc>
        <w:tc>
          <w:tcPr>
            <w:tcW w:w="2217" w:type="dxa"/>
          </w:tcPr>
          <w:p w14:paraId="7C7AE8A3" w14:textId="77777777" w:rsidR="00A80CA1" w:rsidRPr="00FD57FA" w:rsidRDefault="00EE2AA8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>Breakfast</w:t>
            </w:r>
          </w:p>
        </w:tc>
        <w:tc>
          <w:tcPr>
            <w:tcW w:w="2623" w:type="dxa"/>
          </w:tcPr>
          <w:p w14:paraId="123B9F8B" w14:textId="77777777" w:rsidR="00A80CA1" w:rsidRPr="00FD57FA" w:rsidRDefault="00EE2AA8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>Morning Snack</w:t>
            </w:r>
          </w:p>
        </w:tc>
        <w:tc>
          <w:tcPr>
            <w:tcW w:w="2977" w:type="dxa"/>
          </w:tcPr>
          <w:p w14:paraId="14644162" w14:textId="77777777" w:rsidR="00A80CA1" w:rsidRPr="00FD57FA" w:rsidRDefault="00EE2AA8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>Lunch (with pudding)</w:t>
            </w:r>
          </w:p>
        </w:tc>
        <w:tc>
          <w:tcPr>
            <w:tcW w:w="4677" w:type="dxa"/>
          </w:tcPr>
          <w:p w14:paraId="652D14AE" w14:textId="77777777" w:rsidR="00A80CA1" w:rsidRPr="00FD57FA" w:rsidRDefault="00EE2AA8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>Light Supper (with pudding)</w:t>
            </w:r>
          </w:p>
        </w:tc>
      </w:tr>
      <w:tr w:rsidR="0011246F" w:rsidRPr="00FD57FA" w14:paraId="697E1CE6" w14:textId="77777777" w:rsidTr="00FD57FA">
        <w:tc>
          <w:tcPr>
            <w:tcW w:w="1398" w:type="dxa"/>
          </w:tcPr>
          <w:p w14:paraId="67C82082" w14:textId="77777777" w:rsidR="00A80CA1" w:rsidRPr="00FD57FA" w:rsidRDefault="00EE2AA8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>Monday</w:t>
            </w:r>
          </w:p>
        </w:tc>
        <w:tc>
          <w:tcPr>
            <w:tcW w:w="2217" w:type="dxa"/>
          </w:tcPr>
          <w:p w14:paraId="039403C1" w14:textId="4FBE6414" w:rsidR="00A80CA1" w:rsidRPr="00FD57FA" w:rsidRDefault="00C40232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 xml:space="preserve">Porridge with </w:t>
            </w:r>
            <w:r w:rsidR="00757E1F" w:rsidRPr="00FD57FA">
              <w:rPr>
                <w:sz w:val="24"/>
                <w:szCs w:val="24"/>
              </w:rPr>
              <w:t xml:space="preserve">Chopped </w:t>
            </w:r>
            <w:r w:rsidRPr="00FD57FA">
              <w:rPr>
                <w:sz w:val="24"/>
                <w:szCs w:val="24"/>
              </w:rPr>
              <w:t xml:space="preserve">banana, or a choice of low sugar cereal or toast </w:t>
            </w:r>
          </w:p>
        </w:tc>
        <w:tc>
          <w:tcPr>
            <w:tcW w:w="2623" w:type="dxa"/>
          </w:tcPr>
          <w:p w14:paraId="0F2F48B4" w14:textId="77777777" w:rsidR="00A80CA1" w:rsidRDefault="00D227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Chopped Apple</w:t>
            </w:r>
            <w:r w:rsidR="00EE2AA8" w:rsidRPr="00FD57FA">
              <w:rPr>
                <w:sz w:val="24"/>
                <w:szCs w:val="24"/>
              </w:rPr>
              <w:t xml:space="preserve"> &amp; oat </w:t>
            </w:r>
            <w:proofErr w:type="gramStart"/>
            <w:r w:rsidR="00EE2AA8" w:rsidRPr="00FD57FA">
              <w:rPr>
                <w:sz w:val="24"/>
                <w:szCs w:val="24"/>
              </w:rPr>
              <w:t>biscuits</w:t>
            </w:r>
            <w:proofErr w:type="gramEnd"/>
          </w:p>
          <w:p w14:paraId="66C36D33" w14:textId="77777777" w:rsidR="00915ED4" w:rsidRDefault="00915ED4">
            <w:pPr>
              <w:rPr>
                <w:sz w:val="24"/>
                <w:szCs w:val="24"/>
              </w:rPr>
            </w:pPr>
          </w:p>
          <w:p w14:paraId="6060C580" w14:textId="4C328D99" w:rsidR="00915ED4" w:rsidRPr="00FD57FA" w:rsidRDefault="00915E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Milk or water to drink</w:t>
            </w:r>
          </w:p>
        </w:tc>
        <w:tc>
          <w:tcPr>
            <w:tcW w:w="2977" w:type="dxa"/>
          </w:tcPr>
          <w:p w14:paraId="66D4500C" w14:textId="77777777" w:rsidR="00915ED4" w:rsidRDefault="00EE2AA8" w:rsidP="00EA67C7">
            <w:pPr>
              <w:pStyle w:val="p1"/>
              <w:rPr>
                <w:rFonts w:asciiTheme="minorHAnsi" w:hAnsiTheme="minorHAnsi"/>
              </w:rPr>
            </w:pPr>
            <w:r w:rsidRPr="00FD57FA">
              <w:rPr>
                <w:rFonts w:asciiTheme="minorHAnsi" w:hAnsiTheme="minorHAnsi"/>
              </w:rPr>
              <w:t>Chicken carbonara with peas</w:t>
            </w:r>
            <w:r w:rsidRPr="00FD57FA">
              <w:rPr>
                <w:rFonts w:asciiTheme="minorHAnsi" w:hAnsiTheme="minorHAnsi"/>
              </w:rPr>
              <w:br/>
            </w:r>
          </w:p>
          <w:p w14:paraId="7B8596CA" w14:textId="6911B186" w:rsidR="00A80CA1" w:rsidRPr="00FD57FA" w:rsidRDefault="00EE2AA8" w:rsidP="00EA67C7">
            <w:pPr>
              <w:pStyle w:val="p1"/>
              <w:rPr>
                <w:rFonts w:asciiTheme="minorHAnsi" w:hAnsiTheme="minorHAnsi"/>
              </w:rPr>
            </w:pPr>
            <w:r w:rsidRPr="00FD57FA">
              <w:rPr>
                <w:rFonts w:asciiTheme="minorHAnsi" w:hAnsiTheme="minorHAnsi"/>
              </w:rPr>
              <w:t>Pudding:</w:t>
            </w:r>
            <w:r w:rsidR="00EA67C7" w:rsidRPr="00FD57FA">
              <w:rPr>
                <w:rStyle w:val="s2"/>
                <w:rFonts w:asciiTheme="minorHAnsi" w:hAnsiTheme="minorHAnsi"/>
              </w:rPr>
              <w:t xml:space="preserve"> </w:t>
            </w:r>
            <w:r w:rsidR="00A911D6">
              <w:rPr>
                <w:rStyle w:val="s2"/>
                <w:rFonts w:asciiTheme="minorHAnsi" w:hAnsiTheme="minorHAnsi"/>
              </w:rPr>
              <w:t>Rice</w:t>
            </w:r>
            <w:r w:rsidR="00EA67C7" w:rsidRPr="00FD57FA">
              <w:rPr>
                <w:rStyle w:val="s2"/>
                <w:rFonts w:asciiTheme="minorHAnsi" w:hAnsiTheme="minorHAnsi"/>
              </w:rPr>
              <w:t xml:space="preserve"> pudding with fruit purée</w:t>
            </w:r>
          </w:p>
        </w:tc>
        <w:tc>
          <w:tcPr>
            <w:tcW w:w="4677" w:type="dxa"/>
          </w:tcPr>
          <w:p w14:paraId="0FC088F1" w14:textId="3F39A584" w:rsidR="00915ED4" w:rsidRDefault="00915ED4" w:rsidP="00EA67C7">
            <w:pPr>
              <w:pStyle w:val="p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Beans on toast</w:t>
            </w:r>
          </w:p>
          <w:p w14:paraId="3F22F85A" w14:textId="508815FE" w:rsidR="00EA67C7" w:rsidRPr="00FD57FA" w:rsidRDefault="00EE2AA8" w:rsidP="00EA67C7">
            <w:pPr>
              <w:pStyle w:val="p1"/>
              <w:rPr>
                <w:rFonts w:asciiTheme="minorHAnsi" w:hAnsiTheme="minorHAnsi"/>
              </w:rPr>
            </w:pPr>
            <w:r w:rsidRPr="00FD57FA">
              <w:rPr>
                <w:rFonts w:asciiTheme="minorHAnsi" w:hAnsiTheme="minorHAnsi"/>
              </w:rPr>
              <w:t xml:space="preserve">Pudding: </w:t>
            </w:r>
            <w:r w:rsidR="00EA67C7" w:rsidRPr="00FD57FA">
              <w:rPr>
                <w:rStyle w:val="s2"/>
                <w:rFonts w:asciiTheme="minorHAnsi" w:hAnsiTheme="minorHAnsi"/>
              </w:rPr>
              <w:t>Natural yogurt with mashed banana</w:t>
            </w:r>
          </w:p>
          <w:p w14:paraId="4EF6B4AC" w14:textId="45BBE0B3" w:rsidR="00A80CA1" w:rsidRPr="00FD57FA" w:rsidRDefault="00A80CA1">
            <w:pPr>
              <w:rPr>
                <w:sz w:val="24"/>
                <w:szCs w:val="24"/>
              </w:rPr>
            </w:pPr>
          </w:p>
        </w:tc>
      </w:tr>
      <w:tr w:rsidR="0011246F" w:rsidRPr="00FD57FA" w14:paraId="725A1703" w14:textId="77777777" w:rsidTr="00FD57FA">
        <w:tc>
          <w:tcPr>
            <w:tcW w:w="1398" w:type="dxa"/>
          </w:tcPr>
          <w:p w14:paraId="26278B68" w14:textId="77777777" w:rsidR="00A80CA1" w:rsidRPr="00FD57FA" w:rsidRDefault="00EE2AA8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>Tuesday</w:t>
            </w:r>
          </w:p>
        </w:tc>
        <w:tc>
          <w:tcPr>
            <w:tcW w:w="2217" w:type="dxa"/>
          </w:tcPr>
          <w:p w14:paraId="561BE52E" w14:textId="0FB24E50" w:rsidR="00A80CA1" w:rsidRPr="00FD57FA" w:rsidRDefault="00C40232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 xml:space="preserve">Porridge </w:t>
            </w:r>
            <w:r w:rsidR="004220D6" w:rsidRPr="00FD57FA">
              <w:rPr>
                <w:sz w:val="24"/>
                <w:szCs w:val="24"/>
              </w:rPr>
              <w:t>with Chopped</w:t>
            </w:r>
            <w:r w:rsidR="00757E1F" w:rsidRPr="00FD57FA">
              <w:rPr>
                <w:sz w:val="24"/>
                <w:szCs w:val="24"/>
              </w:rPr>
              <w:t xml:space="preserve"> </w:t>
            </w:r>
            <w:r w:rsidR="00915ED4">
              <w:rPr>
                <w:sz w:val="24"/>
                <w:szCs w:val="24"/>
              </w:rPr>
              <w:t>raspberries</w:t>
            </w:r>
            <w:r w:rsidRPr="00FD57FA">
              <w:rPr>
                <w:sz w:val="24"/>
                <w:szCs w:val="24"/>
              </w:rPr>
              <w:t xml:space="preserve"> or a choice of low sugar cereal or toast</w:t>
            </w:r>
          </w:p>
        </w:tc>
        <w:tc>
          <w:tcPr>
            <w:tcW w:w="2623" w:type="dxa"/>
          </w:tcPr>
          <w:p w14:paraId="1E33CF22" w14:textId="77777777" w:rsidR="00A80CA1" w:rsidRDefault="00EE2AA8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>Fruit flapjack (homemade)</w:t>
            </w:r>
          </w:p>
          <w:p w14:paraId="00E62769" w14:textId="77777777" w:rsidR="00915ED4" w:rsidRDefault="00915ED4">
            <w:pPr>
              <w:rPr>
                <w:sz w:val="24"/>
                <w:szCs w:val="24"/>
              </w:rPr>
            </w:pPr>
          </w:p>
          <w:p w14:paraId="0733EBBB" w14:textId="40E5C4B2" w:rsidR="00915ED4" w:rsidRPr="00FD57FA" w:rsidRDefault="00915E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Milk or water to drink</w:t>
            </w:r>
          </w:p>
        </w:tc>
        <w:tc>
          <w:tcPr>
            <w:tcW w:w="2977" w:type="dxa"/>
          </w:tcPr>
          <w:p w14:paraId="22912FBE" w14:textId="28C12916" w:rsidR="00915ED4" w:rsidRDefault="00915E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Cottage</w:t>
            </w:r>
            <w:r w:rsidR="009A7E92" w:rsidRPr="00FD57FA">
              <w:rPr>
                <w:sz w:val="24"/>
                <w:szCs w:val="24"/>
              </w:rPr>
              <w:t xml:space="preserve"> pie with mixed </w:t>
            </w:r>
            <w:proofErr w:type="gramStart"/>
            <w:r w:rsidR="009A7E92" w:rsidRPr="00FD57FA">
              <w:rPr>
                <w:sz w:val="24"/>
                <w:szCs w:val="24"/>
              </w:rPr>
              <w:t>veg</w:t>
            </w:r>
            <w:proofErr w:type="gramEnd"/>
            <w:r w:rsidR="009A7E92" w:rsidRPr="00FD57FA">
              <w:rPr>
                <w:sz w:val="24"/>
                <w:szCs w:val="24"/>
              </w:rPr>
              <w:t xml:space="preserve"> </w:t>
            </w:r>
          </w:p>
          <w:p w14:paraId="7A6AA1E0" w14:textId="77777777" w:rsidR="00915ED4" w:rsidRDefault="00915ED4">
            <w:pPr>
              <w:rPr>
                <w:sz w:val="24"/>
                <w:szCs w:val="24"/>
              </w:rPr>
            </w:pPr>
          </w:p>
          <w:p w14:paraId="6DE72C7D" w14:textId="36E14040" w:rsidR="00A80CA1" w:rsidRPr="00FD57FA" w:rsidRDefault="009A7E92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 xml:space="preserve">Pudding: </w:t>
            </w:r>
            <w:r w:rsidR="00EA67C7" w:rsidRPr="00FD57FA">
              <w:rPr>
                <w:rStyle w:val="s2"/>
                <w:sz w:val="24"/>
                <w:szCs w:val="24"/>
              </w:rPr>
              <w:t xml:space="preserve"> Fruit sponge with custard (low sugar) |</w:t>
            </w:r>
          </w:p>
        </w:tc>
        <w:tc>
          <w:tcPr>
            <w:tcW w:w="4677" w:type="dxa"/>
          </w:tcPr>
          <w:p w14:paraId="385F30D1" w14:textId="4FB867F1" w:rsidR="00915ED4" w:rsidRDefault="00915ED4" w:rsidP="00583F5D">
            <w:pPr>
              <w:pStyle w:val="p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Sandwiches (egg, tuna)</w:t>
            </w:r>
          </w:p>
          <w:p w14:paraId="56505670" w14:textId="3DD1EB31" w:rsidR="00583F5D" w:rsidRPr="00FD57FA" w:rsidRDefault="00583F5D" w:rsidP="00583F5D">
            <w:pPr>
              <w:pStyle w:val="p1"/>
              <w:rPr>
                <w:rFonts w:asciiTheme="minorHAnsi" w:hAnsiTheme="minorHAnsi"/>
              </w:rPr>
            </w:pPr>
            <w:r w:rsidRPr="00FD57FA">
              <w:rPr>
                <w:rFonts w:asciiTheme="minorHAnsi" w:hAnsiTheme="minorHAnsi"/>
              </w:rPr>
              <w:t xml:space="preserve">Pudding: </w:t>
            </w:r>
            <w:r w:rsidRPr="00FD57FA">
              <w:rPr>
                <w:rStyle w:val="s2"/>
                <w:rFonts w:asciiTheme="minorHAnsi" w:hAnsiTheme="minorHAnsi"/>
              </w:rPr>
              <w:t>Soft fruit platter (</w:t>
            </w:r>
            <w:r w:rsidR="00A911D6">
              <w:rPr>
                <w:rStyle w:val="s2"/>
                <w:rFonts w:asciiTheme="minorHAnsi" w:hAnsiTheme="minorHAnsi"/>
              </w:rPr>
              <w:t>raspberries</w:t>
            </w:r>
            <w:r w:rsidR="00915ED4">
              <w:rPr>
                <w:rStyle w:val="s2"/>
                <w:rFonts w:asciiTheme="minorHAnsi" w:hAnsiTheme="minorHAnsi"/>
              </w:rPr>
              <w:t xml:space="preserve"> &amp; </w:t>
            </w:r>
            <w:r w:rsidRPr="00FD57FA">
              <w:rPr>
                <w:rStyle w:val="s2"/>
                <w:rFonts w:asciiTheme="minorHAnsi" w:hAnsiTheme="minorHAnsi"/>
              </w:rPr>
              <w:t>banana)</w:t>
            </w:r>
          </w:p>
          <w:p w14:paraId="58A2A328" w14:textId="33A88815" w:rsidR="00A80CA1" w:rsidRPr="00FD57FA" w:rsidRDefault="00A80CA1">
            <w:pPr>
              <w:rPr>
                <w:sz w:val="24"/>
                <w:szCs w:val="24"/>
              </w:rPr>
            </w:pPr>
          </w:p>
        </w:tc>
      </w:tr>
      <w:tr w:rsidR="0011246F" w:rsidRPr="00FD57FA" w14:paraId="3DBB4847" w14:textId="77777777" w:rsidTr="00FD57FA">
        <w:tc>
          <w:tcPr>
            <w:tcW w:w="1398" w:type="dxa"/>
          </w:tcPr>
          <w:p w14:paraId="0531B3FF" w14:textId="77777777" w:rsidR="00A80CA1" w:rsidRPr="00FD57FA" w:rsidRDefault="00EE2AA8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>Wednesday</w:t>
            </w:r>
          </w:p>
        </w:tc>
        <w:tc>
          <w:tcPr>
            <w:tcW w:w="2217" w:type="dxa"/>
          </w:tcPr>
          <w:p w14:paraId="5ED2F24F" w14:textId="1B7C3B2C" w:rsidR="00A80CA1" w:rsidRPr="00FD57FA" w:rsidRDefault="00C40232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 xml:space="preserve">Porridge with </w:t>
            </w:r>
            <w:r w:rsidR="00EA67C7" w:rsidRPr="00FD57FA">
              <w:rPr>
                <w:sz w:val="24"/>
                <w:szCs w:val="24"/>
              </w:rPr>
              <w:t>chopped blueberries</w:t>
            </w:r>
            <w:r w:rsidRPr="00FD57FA">
              <w:rPr>
                <w:sz w:val="24"/>
                <w:szCs w:val="24"/>
              </w:rPr>
              <w:t>, or a choice of low sugar cereal or toast</w:t>
            </w:r>
          </w:p>
        </w:tc>
        <w:tc>
          <w:tcPr>
            <w:tcW w:w="2623" w:type="dxa"/>
          </w:tcPr>
          <w:p w14:paraId="29F067B9" w14:textId="77777777" w:rsidR="00A80CA1" w:rsidRDefault="00EE2AA8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>Rice cakes with h</w:t>
            </w:r>
            <w:r w:rsidR="00A911D6">
              <w:rPr>
                <w:sz w:val="24"/>
                <w:szCs w:val="24"/>
              </w:rPr>
              <w:t>oumous</w:t>
            </w:r>
          </w:p>
          <w:p w14:paraId="418C627B" w14:textId="77777777" w:rsidR="00915ED4" w:rsidRDefault="00915ED4">
            <w:pPr>
              <w:rPr>
                <w:sz w:val="24"/>
                <w:szCs w:val="24"/>
              </w:rPr>
            </w:pPr>
          </w:p>
          <w:p w14:paraId="5DA6B523" w14:textId="4933A96F" w:rsidR="00915ED4" w:rsidRPr="00FD57FA" w:rsidRDefault="00915E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Milk or water to drink</w:t>
            </w:r>
          </w:p>
        </w:tc>
        <w:tc>
          <w:tcPr>
            <w:tcW w:w="2977" w:type="dxa"/>
          </w:tcPr>
          <w:p w14:paraId="59AA9B34" w14:textId="3A792270" w:rsidR="00915ED4" w:rsidRDefault="009A7E92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 xml:space="preserve">Fish fingers, </w:t>
            </w:r>
            <w:r w:rsidR="00915ED4">
              <w:rPr>
                <w:sz w:val="24"/>
                <w:szCs w:val="24"/>
              </w:rPr>
              <w:t>new</w:t>
            </w:r>
            <w:r w:rsidRPr="00FD57FA">
              <w:rPr>
                <w:sz w:val="24"/>
                <w:szCs w:val="24"/>
              </w:rPr>
              <w:t xml:space="preserve"> potato</w:t>
            </w:r>
            <w:r w:rsidR="00915ED4">
              <w:rPr>
                <w:sz w:val="24"/>
                <w:szCs w:val="24"/>
              </w:rPr>
              <w:t>es</w:t>
            </w:r>
            <w:r w:rsidRPr="00FD57FA">
              <w:rPr>
                <w:sz w:val="24"/>
                <w:szCs w:val="24"/>
              </w:rPr>
              <w:t xml:space="preserve"> &amp; peas </w:t>
            </w:r>
          </w:p>
          <w:p w14:paraId="01CAC577" w14:textId="77777777" w:rsidR="00915ED4" w:rsidRDefault="00915ED4">
            <w:pPr>
              <w:rPr>
                <w:sz w:val="24"/>
                <w:szCs w:val="24"/>
              </w:rPr>
            </w:pPr>
          </w:p>
          <w:p w14:paraId="5F7FE3E4" w14:textId="0110EFC3" w:rsidR="00A80CA1" w:rsidRPr="00FD57FA" w:rsidRDefault="009A7E92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 xml:space="preserve">Pudding: </w:t>
            </w:r>
            <w:r w:rsidR="00EA67C7" w:rsidRPr="00FD57FA">
              <w:rPr>
                <w:rStyle w:val="s2"/>
                <w:sz w:val="24"/>
                <w:szCs w:val="24"/>
              </w:rPr>
              <w:t xml:space="preserve">Natural yogurt with </w:t>
            </w:r>
            <w:r w:rsidR="00A911D6">
              <w:rPr>
                <w:rStyle w:val="s2"/>
                <w:sz w:val="24"/>
                <w:szCs w:val="24"/>
              </w:rPr>
              <w:t>blended</w:t>
            </w:r>
            <w:r w:rsidR="00EA67C7" w:rsidRPr="00FD57FA">
              <w:rPr>
                <w:rStyle w:val="s2"/>
                <w:sz w:val="24"/>
                <w:szCs w:val="24"/>
              </w:rPr>
              <w:t xml:space="preserve"> peaches (tinned in juice or fresh)</w:t>
            </w:r>
          </w:p>
        </w:tc>
        <w:tc>
          <w:tcPr>
            <w:tcW w:w="4677" w:type="dxa"/>
          </w:tcPr>
          <w:p w14:paraId="5E6626AC" w14:textId="3A3D4FBA" w:rsidR="00915ED4" w:rsidRDefault="00915ED4" w:rsidP="00583F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Macaroni Cheese</w:t>
            </w:r>
          </w:p>
          <w:p w14:paraId="71D9B511" w14:textId="77777777" w:rsidR="00915ED4" w:rsidRDefault="00915ED4" w:rsidP="00583F5D">
            <w:pPr>
              <w:rPr>
                <w:sz w:val="24"/>
                <w:szCs w:val="24"/>
              </w:rPr>
            </w:pPr>
          </w:p>
          <w:p w14:paraId="194EAF0C" w14:textId="5D2865E4" w:rsidR="00583F5D" w:rsidRPr="00A911D6" w:rsidRDefault="00583F5D" w:rsidP="00583F5D">
            <w:pPr>
              <w:rPr>
                <w:rStyle w:val="s2"/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 xml:space="preserve">Pudding: </w:t>
            </w:r>
            <w:r w:rsidR="00A911D6">
              <w:rPr>
                <w:sz w:val="24"/>
                <w:szCs w:val="24"/>
              </w:rPr>
              <w:t>Melon slices</w:t>
            </w:r>
          </w:p>
          <w:p w14:paraId="48569C69" w14:textId="4366A764" w:rsidR="00A80CA1" w:rsidRPr="00FD57FA" w:rsidRDefault="00A80CA1" w:rsidP="00583F5D">
            <w:pPr>
              <w:pStyle w:val="p1"/>
            </w:pPr>
          </w:p>
        </w:tc>
      </w:tr>
      <w:tr w:rsidR="0011246F" w:rsidRPr="00FD57FA" w14:paraId="537446D4" w14:textId="77777777" w:rsidTr="00FD57FA">
        <w:tc>
          <w:tcPr>
            <w:tcW w:w="1398" w:type="dxa"/>
          </w:tcPr>
          <w:p w14:paraId="54D0A75B" w14:textId="77777777" w:rsidR="00A80CA1" w:rsidRPr="00FD57FA" w:rsidRDefault="00EE2AA8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>Thursday</w:t>
            </w:r>
          </w:p>
        </w:tc>
        <w:tc>
          <w:tcPr>
            <w:tcW w:w="2217" w:type="dxa"/>
          </w:tcPr>
          <w:p w14:paraId="63B1268C" w14:textId="7C850EC5" w:rsidR="00A80CA1" w:rsidRPr="00FD57FA" w:rsidRDefault="00C40232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 xml:space="preserve">Porridge with </w:t>
            </w:r>
            <w:r w:rsidR="00DC595F" w:rsidRPr="00FD57FA">
              <w:rPr>
                <w:sz w:val="24"/>
                <w:szCs w:val="24"/>
              </w:rPr>
              <w:t>chopped</w:t>
            </w:r>
            <w:r w:rsidRPr="00FD57FA">
              <w:rPr>
                <w:sz w:val="24"/>
                <w:szCs w:val="24"/>
              </w:rPr>
              <w:t xml:space="preserve"> kiwi, or a choice of low sugar cereal or toast</w:t>
            </w:r>
          </w:p>
        </w:tc>
        <w:tc>
          <w:tcPr>
            <w:tcW w:w="2623" w:type="dxa"/>
          </w:tcPr>
          <w:p w14:paraId="08078B22" w14:textId="77777777" w:rsidR="00A80CA1" w:rsidRDefault="00202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Bread</w:t>
            </w:r>
            <w:r w:rsidR="00EE2AA8" w:rsidRPr="00FD57FA">
              <w:rPr>
                <w:sz w:val="24"/>
                <w:szCs w:val="24"/>
              </w:rPr>
              <w:t xml:space="preserve">sticks &amp; </w:t>
            </w:r>
            <w:r w:rsidR="00915ED4">
              <w:rPr>
                <w:sz w:val="24"/>
                <w:szCs w:val="24"/>
              </w:rPr>
              <w:t>salsa</w:t>
            </w:r>
          </w:p>
          <w:p w14:paraId="2AE5C674" w14:textId="77777777" w:rsidR="00915ED4" w:rsidRDefault="00915ED4">
            <w:pPr>
              <w:rPr>
                <w:sz w:val="24"/>
                <w:szCs w:val="24"/>
              </w:rPr>
            </w:pPr>
          </w:p>
          <w:p w14:paraId="1E20B68F" w14:textId="647D548E" w:rsidR="00915ED4" w:rsidRPr="00FD57FA" w:rsidRDefault="00915E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Milk or water to drink</w:t>
            </w:r>
          </w:p>
        </w:tc>
        <w:tc>
          <w:tcPr>
            <w:tcW w:w="2977" w:type="dxa"/>
          </w:tcPr>
          <w:p w14:paraId="12408702" w14:textId="77777777" w:rsidR="00915ED4" w:rsidRDefault="009A7E92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 xml:space="preserve">Roast pork with roast potatoes &amp; </w:t>
            </w:r>
            <w:proofErr w:type="gramStart"/>
            <w:r w:rsidRPr="00FD57FA">
              <w:rPr>
                <w:sz w:val="24"/>
                <w:szCs w:val="24"/>
              </w:rPr>
              <w:t>veg</w:t>
            </w:r>
            <w:proofErr w:type="gramEnd"/>
            <w:r w:rsidRPr="00FD57FA">
              <w:rPr>
                <w:sz w:val="24"/>
                <w:szCs w:val="24"/>
              </w:rPr>
              <w:br/>
            </w:r>
          </w:p>
          <w:p w14:paraId="68083C6D" w14:textId="5B060D7E" w:rsidR="00A80CA1" w:rsidRPr="00A911D6" w:rsidRDefault="009A7E92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 xml:space="preserve">Pudding: </w:t>
            </w:r>
            <w:r w:rsidR="00A911D6">
              <w:rPr>
                <w:sz w:val="24"/>
                <w:szCs w:val="24"/>
              </w:rPr>
              <w:t>Jelly and fruit</w:t>
            </w:r>
          </w:p>
        </w:tc>
        <w:tc>
          <w:tcPr>
            <w:tcW w:w="4677" w:type="dxa"/>
          </w:tcPr>
          <w:p w14:paraId="175F699A" w14:textId="77777777" w:rsidR="00915ED4" w:rsidRDefault="00583F5D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>Cheese &amp; tomato pizza slices with salad</w:t>
            </w:r>
            <w:r w:rsidRPr="00FD57FA">
              <w:rPr>
                <w:sz w:val="24"/>
                <w:szCs w:val="24"/>
              </w:rPr>
              <w:br/>
            </w:r>
          </w:p>
          <w:p w14:paraId="1F030F72" w14:textId="0FE67692" w:rsidR="00583F5D" w:rsidRPr="00FD57FA" w:rsidRDefault="00583F5D">
            <w:pPr>
              <w:rPr>
                <w:sz w:val="24"/>
                <w:szCs w:val="24"/>
              </w:rPr>
            </w:pPr>
            <w:r w:rsidRPr="00FD57FA">
              <w:rPr>
                <w:sz w:val="24"/>
                <w:szCs w:val="24"/>
              </w:rPr>
              <w:t xml:space="preserve">Pudding: </w:t>
            </w:r>
            <w:r w:rsidR="0026205E" w:rsidRPr="00FD57FA">
              <w:rPr>
                <w:rStyle w:val="s2"/>
                <w:sz w:val="24"/>
                <w:szCs w:val="24"/>
              </w:rPr>
              <w:t xml:space="preserve">Yogurt with blended mango </w:t>
            </w:r>
          </w:p>
        </w:tc>
      </w:tr>
    </w:tbl>
    <w:p w14:paraId="50AAE68D" w14:textId="77777777" w:rsidR="0011246F" w:rsidRPr="00FD57FA" w:rsidRDefault="0011246F" w:rsidP="0011246F">
      <w:pPr>
        <w:jc w:val="center"/>
        <w:rPr>
          <w:sz w:val="24"/>
          <w:szCs w:val="24"/>
        </w:rPr>
      </w:pPr>
    </w:p>
    <w:p w14:paraId="2ECE189F" w14:textId="3271BEA1" w:rsidR="00A80CA1" w:rsidRPr="00FD57FA" w:rsidRDefault="00EE2AA8" w:rsidP="0011246F">
      <w:pPr>
        <w:jc w:val="center"/>
        <w:rPr>
          <w:sz w:val="24"/>
          <w:szCs w:val="24"/>
        </w:rPr>
      </w:pPr>
      <w:r w:rsidRPr="00FD57FA">
        <w:rPr>
          <w:sz w:val="24"/>
          <w:szCs w:val="24"/>
        </w:rPr>
        <w:t>Care4kids Childcare – Fresh, home-cooked meals for children</w:t>
      </w:r>
    </w:p>
    <w:sectPr w:rsidR="00A80CA1" w:rsidRPr="00FD57FA" w:rsidSect="001124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CAFD8" w14:textId="77777777" w:rsidR="00DF4EDD" w:rsidRDefault="00DF4EDD" w:rsidP="00223AD2">
      <w:pPr>
        <w:spacing w:after="0" w:line="240" w:lineRule="auto"/>
      </w:pPr>
      <w:r>
        <w:separator/>
      </w:r>
    </w:p>
  </w:endnote>
  <w:endnote w:type="continuationSeparator" w:id="0">
    <w:p w14:paraId="64B2295E" w14:textId="77777777" w:rsidR="00DF4EDD" w:rsidRDefault="00DF4EDD" w:rsidP="00223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94923" w14:textId="77777777" w:rsidR="00133872" w:rsidRDefault="001338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6AD03" w14:textId="77777777" w:rsidR="00133872" w:rsidRDefault="001338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E099E" w14:textId="77777777" w:rsidR="00133872" w:rsidRDefault="001338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71C09" w14:textId="77777777" w:rsidR="00DF4EDD" w:rsidRDefault="00DF4EDD" w:rsidP="00223AD2">
      <w:pPr>
        <w:spacing w:after="0" w:line="240" w:lineRule="auto"/>
      </w:pPr>
      <w:r>
        <w:separator/>
      </w:r>
    </w:p>
  </w:footnote>
  <w:footnote w:type="continuationSeparator" w:id="0">
    <w:p w14:paraId="3E350B80" w14:textId="77777777" w:rsidR="00DF4EDD" w:rsidRDefault="00DF4EDD" w:rsidP="00223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A014E" w14:textId="77777777" w:rsidR="00133872" w:rsidRDefault="001338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06B24" w14:textId="7A049654" w:rsidR="00223AD2" w:rsidRDefault="00223AD2" w:rsidP="00223AD2">
    <w:pPr>
      <w:pStyle w:val="Heading1"/>
      <w:jc w:val="center"/>
    </w:pPr>
    <w:r>
      <w:t xml:space="preserve">Care4kids Childcare – </w:t>
    </w:r>
    <w:r w:rsidR="00133872">
      <w:t>Menu C</w:t>
    </w:r>
    <w:r>
      <w:t xml:space="preserve"> Parent Menu</w:t>
    </w:r>
  </w:p>
  <w:p w14:paraId="128DF931" w14:textId="11BB2929" w:rsidR="00223AD2" w:rsidRDefault="00223AD2" w:rsidP="00223AD2">
    <w:pPr>
      <w:pStyle w:val="Header"/>
      <w:jc w:val="center"/>
    </w:pPr>
    <w:r>
      <w:t>Our menus are freshly prepared on-site with low salt and sugar, providing balanced nutrition for children under 5. Vegetarian alternatives are available for all main meals.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72A2C" w14:textId="77777777" w:rsidR="00133872" w:rsidRDefault="001338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5503DC"/>
    <w:multiLevelType w:val="multilevel"/>
    <w:tmpl w:val="975C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8685604">
    <w:abstractNumId w:val="7"/>
  </w:num>
  <w:num w:numId="2" w16cid:durableId="1299800364">
    <w:abstractNumId w:val="4"/>
  </w:num>
  <w:num w:numId="3" w16cid:durableId="1332639512">
    <w:abstractNumId w:val="2"/>
  </w:num>
  <w:num w:numId="4" w16cid:durableId="1443499754">
    <w:abstractNumId w:val="8"/>
  </w:num>
  <w:num w:numId="5" w16cid:durableId="2043089273">
    <w:abstractNumId w:val="6"/>
  </w:num>
  <w:num w:numId="6" w16cid:durableId="2105875614">
    <w:abstractNumId w:val="9"/>
  </w:num>
  <w:num w:numId="7" w16cid:durableId="416707725">
    <w:abstractNumId w:val="1"/>
  </w:num>
  <w:num w:numId="8" w16cid:durableId="703756004">
    <w:abstractNumId w:val="0"/>
  </w:num>
  <w:num w:numId="9" w16cid:durableId="818498739">
    <w:abstractNumId w:val="3"/>
  </w:num>
  <w:num w:numId="10" w16cid:durableId="9172463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EF0"/>
    <w:rsid w:val="000B1A2C"/>
    <w:rsid w:val="0011246F"/>
    <w:rsid w:val="00133872"/>
    <w:rsid w:val="0015074B"/>
    <w:rsid w:val="00202EB3"/>
    <w:rsid w:val="00223AD2"/>
    <w:rsid w:val="0026205E"/>
    <w:rsid w:val="0029639D"/>
    <w:rsid w:val="00326F90"/>
    <w:rsid w:val="00335C9D"/>
    <w:rsid w:val="004220D6"/>
    <w:rsid w:val="0046284E"/>
    <w:rsid w:val="00583F5D"/>
    <w:rsid w:val="00757E1F"/>
    <w:rsid w:val="007B16E5"/>
    <w:rsid w:val="007C658B"/>
    <w:rsid w:val="00915ED4"/>
    <w:rsid w:val="009A7E92"/>
    <w:rsid w:val="00A80CA1"/>
    <w:rsid w:val="00A911D6"/>
    <w:rsid w:val="00AA1D8D"/>
    <w:rsid w:val="00AF20E9"/>
    <w:rsid w:val="00B47730"/>
    <w:rsid w:val="00BB0142"/>
    <w:rsid w:val="00C40232"/>
    <w:rsid w:val="00CB0664"/>
    <w:rsid w:val="00D22731"/>
    <w:rsid w:val="00DC595F"/>
    <w:rsid w:val="00DF4EDD"/>
    <w:rsid w:val="00EA67C7"/>
    <w:rsid w:val="00EE2AA8"/>
    <w:rsid w:val="00FC693F"/>
    <w:rsid w:val="00FD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3CFF6C"/>
  <w14:defaultImageDpi w14:val="300"/>
  <w15:docId w15:val="{F3569A9B-7B52-41E2-9CB4-3376926C2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EA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1">
    <w:name w:val="s1"/>
    <w:basedOn w:val="DefaultParagraphFont"/>
    <w:rsid w:val="00EA67C7"/>
  </w:style>
  <w:style w:type="character" w:customStyle="1" w:styleId="s2">
    <w:name w:val="s2"/>
    <w:basedOn w:val="DefaultParagraphFont"/>
    <w:rsid w:val="00EA6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</Words>
  <Characters>1081</Characters>
  <Application>Microsoft Office Word</Application>
  <DocSecurity>0</DocSecurity>
  <Lines>270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Rachelle Riley</cp:lastModifiedBy>
  <cp:revision>4</cp:revision>
  <cp:lastPrinted>2025-09-15T03:53:00Z</cp:lastPrinted>
  <dcterms:created xsi:type="dcterms:W3CDTF">2026-02-24T14:13:00Z</dcterms:created>
  <dcterms:modified xsi:type="dcterms:W3CDTF">2026-09-10T11:05:00Z</dcterms:modified>
  <cp:category/>
</cp:coreProperties>
</file>